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D6F" w:rsidRPr="00991C7E" w:rsidRDefault="00991C7E">
      <w:pPr>
        <w:spacing w:after="160"/>
        <w:jc w:val="right"/>
        <w:rPr>
          <w:rFonts w:ascii="Times New Roman" w:hAnsi="Times New Roman" w:cs="Times New Roman"/>
          <w:sz w:val="22"/>
        </w:rPr>
      </w:pPr>
      <w:r w:rsidRPr="00991C7E">
        <w:rPr>
          <w:rFonts w:ascii="Times New Roman" w:hAnsi="Times New Roman" w:cs="Times New Roman"/>
          <w:b/>
          <w:sz w:val="22"/>
        </w:rPr>
        <w:t>Załącznik nr 2 do SWZ</w:t>
      </w:r>
    </w:p>
    <w:p w:rsidR="001F3D6F" w:rsidRPr="00991C7E" w:rsidRDefault="00991C7E">
      <w:pPr>
        <w:jc w:val="center"/>
        <w:rPr>
          <w:rFonts w:ascii="Times New Roman" w:hAnsi="Times New Roman" w:cs="Times New Roman"/>
          <w:sz w:val="22"/>
        </w:rPr>
      </w:pPr>
      <w:r w:rsidRPr="00991C7E">
        <w:rPr>
          <w:rFonts w:ascii="Times New Roman" w:hAnsi="Times New Roman" w:cs="Times New Roman"/>
          <w:b/>
          <w:sz w:val="22"/>
        </w:rPr>
        <w:t>FORMULARZ KRYTERIUM OCENY OFERT</w:t>
      </w:r>
      <w:r w:rsidRPr="00991C7E">
        <w:rPr>
          <w:rFonts w:ascii="Times New Roman" w:hAnsi="Times New Roman" w:cs="Times New Roman"/>
          <w:b/>
          <w:sz w:val="22"/>
        </w:rPr>
        <w:br/>
        <w:t>DOŚWIADCZENIE OSOBY WSKAZANEJ DO PEŁNIENIA FUNKCJI KIEROWNIKA BUDOWY</w:t>
      </w:r>
    </w:p>
    <w:p w:rsidR="001F3D6F" w:rsidRPr="00991C7E" w:rsidRDefault="00991C7E">
      <w:pPr>
        <w:spacing w:after="40" w:line="240" w:lineRule="auto"/>
        <w:rPr>
          <w:rFonts w:ascii="Times New Roman" w:hAnsi="Times New Roman" w:cs="Times New Roman"/>
          <w:sz w:val="22"/>
        </w:rPr>
      </w:pPr>
      <w:r w:rsidRPr="00991C7E">
        <w:rPr>
          <w:rFonts w:ascii="Times New Roman" w:hAnsi="Times New Roman" w:cs="Times New Roman"/>
          <w:b/>
          <w:sz w:val="22"/>
        </w:rPr>
        <w:t>1. Imię i nazwisko osoby/osób reprezentujących Wykonawcę:</w:t>
      </w:r>
      <w:r w:rsidRPr="00991C7E">
        <w:rPr>
          <w:rFonts w:ascii="Times New Roman" w:hAnsi="Times New Roman" w:cs="Times New Roman"/>
          <w:sz w:val="22"/>
        </w:rPr>
        <w:t xml:space="preserve"> ................................................................................................................................................................</w:t>
      </w:r>
    </w:p>
    <w:p w:rsidR="001F3D6F" w:rsidRPr="00991C7E" w:rsidRDefault="00991C7E">
      <w:pPr>
        <w:spacing w:after="40" w:line="240" w:lineRule="auto"/>
        <w:rPr>
          <w:rFonts w:ascii="Times New Roman" w:hAnsi="Times New Roman" w:cs="Times New Roman"/>
          <w:sz w:val="22"/>
        </w:rPr>
      </w:pPr>
      <w:r w:rsidRPr="00991C7E">
        <w:rPr>
          <w:rFonts w:ascii="Times New Roman" w:hAnsi="Times New Roman" w:cs="Times New Roman"/>
          <w:b/>
          <w:sz w:val="22"/>
        </w:rPr>
        <w:t>Podstawa do reprezentacji:</w:t>
      </w:r>
      <w:r w:rsidRPr="00991C7E">
        <w:rPr>
          <w:rFonts w:ascii="Times New Roman" w:hAnsi="Times New Roman" w:cs="Times New Roman"/>
          <w:sz w:val="22"/>
        </w:rPr>
        <w:t xml:space="preserve"> ...................................................................</w:t>
      </w:r>
      <w:r w:rsidRPr="00991C7E">
        <w:rPr>
          <w:rFonts w:ascii="Times New Roman" w:hAnsi="Times New Roman" w:cs="Times New Roman"/>
          <w:sz w:val="22"/>
        </w:rPr>
        <w:t>.............................................................................................</w:t>
      </w:r>
    </w:p>
    <w:p w:rsidR="001F3D6F" w:rsidRPr="00991C7E" w:rsidRDefault="00991C7E">
      <w:pPr>
        <w:spacing w:after="40" w:line="240" w:lineRule="auto"/>
        <w:rPr>
          <w:rFonts w:ascii="Times New Roman" w:hAnsi="Times New Roman" w:cs="Times New Roman"/>
          <w:sz w:val="22"/>
        </w:rPr>
      </w:pPr>
      <w:r w:rsidRPr="00991C7E">
        <w:rPr>
          <w:rFonts w:ascii="Times New Roman" w:hAnsi="Times New Roman" w:cs="Times New Roman"/>
          <w:b/>
          <w:sz w:val="22"/>
        </w:rPr>
        <w:t>Działając w imieniu i na rzecz Wykonawcy:</w:t>
      </w:r>
      <w:r w:rsidRPr="00991C7E">
        <w:rPr>
          <w:rFonts w:ascii="Times New Roman" w:hAnsi="Times New Roman" w:cs="Times New Roman"/>
          <w:sz w:val="22"/>
        </w:rPr>
        <w:t xml:space="preserve"> ........................................................................................................................</w:t>
      </w:r>
      <w:r w:rsidRPr="00991C7E">
        <w:rPr>
          <w:rFonts w:ascii="Times New Roman" w:hAnsi="Times New Roman" w:cs="Times New Roman"/>
          <w:sz w:val="22"/>
        </w:rPr>
        <w:t>........................................</w:t>
      </w:r>
    </w:p>
    <w:p w:rsidR="001F3D6F" w:rsidRPr="00991C7E" w:rsidRDefault="00991C7E">
      <w:pPr>
        <w:spacing w:after="100"/>
        <w:rPr>
          <w:rFonts w:ascii="Times New Roman" w:hAnsi="Times New Roman" w:cs="Times New Roman"/>
          <w:sz w:val="22"/>
        </w:rPr>
      </w:pPr>
      <w:r w:rsidRPr="00991C7E">
        <w:rPr>
          <w:rFonts w:ascii="Times New Roman" w:hAnsi="Times New Roman" w:cs="Times New Roman"/>
          <w:i/>
          <w:sz w:val="22"/>
        </w:rPr>
        <w:t>(podać pełną nazwę/firmę, adres Wykonawcy, a także - w zależności od podmiotu - NIP/PESEL, KRS/CEIDG)</w:t>
      </w:r>
    </w:p>
    <w:p w:rsidR="001F3D6F" w:rsidRPr="00991C7E" w:rsidRDefault="00991C7E" w:rsidP="00991C7E">
      <w:pPr>
        <w:spacing w:after="120" w:line="240" w:lineRule="auto"/>
        <w:jc w:val="both"/>
        <w:rPr>
          <w:rFonts w:ascii="Times New Roman" w:hAnsi="Times New Roman" w:cs="Times New Roman"/>
          <w:sz w:val="22"/>
        </w:rPr>
      </w:pPr>
      <w:r w:rsidRPr="00991C7E">
        <w:rPr>
          <w:rFonts w:ascii="Times New Roman" w:hAnsi="Times New Roman" w:cs="Times New Roman"/>
          <w:sz w:val="22"/>
        </w:rPr>
        <w:t>składając ofertę w postępowaniu o udzielenie zamówienia publicznego prowadzonym w trybie podstawowym na podstawie</w:t>
      </w:r>
      <w:r w:rsidRPr="00991C7E">
        <w:rPr>
          <w:rFonts w:ascii="Times New Roman" w:hAnsi="Times New Roman" w:cs="Times New Roman"/>
          <w:sz w:val="22"/>
        </w:rPr>
        <w:t xml:space="preserve"> art. 275 pkt 2 ustawy Pzp pn.: </w:t>
      </w:r>
      <w:r w:rsidRPr="00991C7E">
        <w:rPr>
          <w:rFonts w:ascii="Times New Roman" w:hAnsi="Times New Roman" w:cs="Times New Roman"/>
          <w:b/>
          <w:sz w:val="22"/>
        </w:rPr>
        <w:t>"Przebudowa toalety oraz wymiana dźwigu osobowego i podnośnika pionowego w budynku Muzeum im. J. Malczewskiego w Radomiu"</w:t>
      </w:r>
      <w:r w:rsidRPr="00991C7E">
        <w:rPr>
          <w:rFonts w:ascii="Times New Roman" w:hAnsi="Times New Roman" w:cs="Times New Roman"/>
          <w:sz w:val="22"/>
        </w:rPr>
        <w:t>, przedkładam niniejszy formularz w celu potwierdzenia doświadczenia osoby wyznaczonej do pełnienia fun</w:t>
      </w:r>
      <w:r w:rsidRPr="00991C7E">
        <w:rPr>
          <w:rFonts w:ascii="Times New Roman" w:hAnsi="Times New Roman" w:cs="Times New Roman"/>
          <w:sz w:val="22"/>
        </w:rPr>
        <w:t>kcji Kierownika Budowy - celem uzyskania punktów w kryterium oceny ofert "Doświadczenie osoby wskazanej do pełnienia funkcji kierownika budowy", zgodnie z rozdziałem XVII pkt 2.2 SWZ.</w:t>
      </w:r>
    </w:p>
    <w:p w:rsidR="00991C7E" w:rsidRDefault="00991C7E" w:rsidP="00991C7E">
      <w:pPr>
        <w:spacing w:after="40" w:line="240" w:lineRule="auto"/>
        <w:jc w:val="both"/>
        <w:rPr>
          <w:rFonts w:ascii="Times New Roman" w:hAnsi="Times New Roman" w:cs="Times New Roman"/>
          <w:sz w:val="22"/>
        </w:rPr>
      </w:pPr>
      <w:r w:rsidRPr="00991C7E">
        <w:rPr>
          <w:rFonts w:ascii="Times New Roman" w:hAnsi="Times New Roman" w:cs="Times New Roman"/>
          <w:b/>
          <w:sz w:val="22"/>
        </w:rPr>
        <w:t>2. Oświadczam, że osobą wyznaczoną do pełnienia funkcji Kierownika Budow</w:t>
      </w:r>
      <w:r w:rsidRPr="00991C7E">
        <w:rPr>
          <w:rFonts w:ascii="Times New Roman" w:hAnsi="Times New Roman" w:cs="Times New Roman"/>
          <w:b/>
          <w:sz w:val="22"/>
        </w:rPr>
        <w:t>y jest:</w:t>
      </w:r>
      <w:r w:rsidRPr="00991C7E">
        <w:rPr>
          <w:rFonts w:ascii="Times New Roman" w:hAnsi="Times New Roman" w:cs="Times New Roman"/>
          <w:sz w:val="22"/>
        </w:rPr>
        <w:t xml:space="preserve"> </w:t>
      </w:r>
    </w:p>
    <w:p w:rsidR="001F3D6F" w:rsidRPr="00991C7E" w:rsidRDefault="00991C7E" w:rsidP="00991C7E">
      <w:pPr>
        <w:spacing w:after="40" w:line="240" w:lineRule="auto"/>
        <w:jc w:val="both"/>
        <w:rPr>
          <w:rFonts w:ascii="Times New Roman" w:hAnsi="Times New Roman" w:cs="Times New Roman"/>
          <w:sz w:val="22"/>
        </w:rPr>
      </w:pPr>
      <w:r w:rsidRPr="00991C7E">
        <w:rPr>
          <w:rFonts w:ascii="Times New Roman" w:hAnsi="Times New Roman" w:cs="Times New Roman"/>
          <w:sz w:val="22"/>
        </w:rPr>
        <w:t>................................................................................................................................................................</w:t>
      </w:r>
    </w:p>
    <w:p w:rsidR="001F3D6F" w:rsidRPr="00991C7E" w:rsidRDefault="00991C7E" w:rsidP="00991C7E">
      <w:pPr>
        <w:spacing w:after="120" w:line="240" w:lineRule="auto"/>
        <w:jc w:val="both"/>
        <w:rPr>
          <w:rFonts w:ascii="Times New Roman" w:hAnsi="Times New Roman" w:cs="Times New Roman"/>
          <w:sz w:val="22"/>
        </w:rPr>
      </w:pPr>
      <w:r w:rsidRPr="00991C7E">
        <w:rPr>
          <w:rFonts w:ascii="Times New Roman" w:hAnsi="Times New Roman" w:cs="Times New Roman"/>
          <w:b/>
          <w:sz w:val="22"/>
        </w:rPr>
        <w:t>3. Oświadczam, że ww. osoba posiada wymagane uprawnienia budowlane do kierowania robota</w:t>
      </w:r>
      <w:r w:rsidRPr="00991C7E">
        <w:rPr>
          <w:rFonts w:ascii="Times New Roman" w:hAnsi="Times New Roman" w:cs="Times New Roman"/>
          <w:b/>
          <w:sz w:val="22"/>
        </w:rPr>
        <w:t xml:space="preserve">mi budowlanymi </w:t>
      </w:r>
      <w:r w:rsidRPr="00991C7E">
        <w:rPr>
          <w:rFonts w:ascii="Times New Roman" w:hAnsi="Times New Roman" w:cs="Times New Roman"/>
          <w:sz w:val="22"/>
        </w:rPr>
        <w:t>w specjalności konstrukcyjno-budowlanej bez ograniczeń albo odpowiadające im ważne uprawnienia budowlane wydane na podstawie wcześniej obowiązujących przepisów lub kwalifikacje uznane na zasadach określonych w odrębnych przepisach, nr uprawn</w:t>
      </w:r>
      <w:r w:rsidRPr="00991C7E">
        <w:rPr>
          <w:rFonts w:ascii="Times New Roman" w:hAnsi="Times New Roman" w:cs="Times New Roman"/>
          <w:sz w:val="22"/>
        </w:rPr>
        <w:t>ień: ............................................................, oraz kwalifikacje wymagane przepisami dotyczącymi prowadzenia robót przy zabytkach nieruchomych wpisanych do rejestru zabytków.</w:t>
      </w:r>
    </w:p>
    <w:p w:rsidR="001F3D6F" w:rsidRPr="00991C7E" w:rsidRDefault="00991C7E">
      <w:pPr>
        <w:spacing w:after="120" w:line="240" w:lineRule="auto"/>
        <w:rPr>
          <w:rFonts w:ascii="Times New Roman" w:hAnsi="Times New Roman" w:cs="Times New Roman"/>
          <w:sz w:val="22"/>
        </w:rPr>
      </w:pPr>
      <w:r w:rsidRPr="00991C7E">
        <w:rPr>
          <w:rFonts w:ascii="Times New Roman" w:hAnsi="Times New Roman" w:cs="Times New Roman"/>
          <w:b/>
          <w:sz w:val="22"/>
        </w:rPr>
        <w:t>4. Na potwierdzenie doświadczenia ocenianego w kryterium prze</w:t>
      </w:r>
      <w:r w:rsidRPr="00991C7E">
        <w:rPr>
          <w:rFonts w:ascii="Times New Roman" w:hAnsi="Times New Roman" w:cs="Times New Roman"/>
          <w:b/>
          <w:sz w:val="22"/>
        </w:rPr>
        <w:t>dstawiam poniższe informacje:</w:t>
      </w:r>
    </w:p>
    <w:p w:rsidR="001F3D6F" w:rsidRPr="00991C7E" w:rsidRDefault="00991C7E" w:rsidP="00991C7E">
      <w:pPr>
        <w:spacing w:after="120" w:line="240" w:lineRule="auto"/>
        <w:jc w:val="both"/>
        <w:rPr>
          <w:rFonts w:ascii="Times New Roman" w:hAnsi="Times New Roman" w:cs="Times New Roman"/>
          <w:sz w:val="22"/>
        </w:rPr>
      </w:pPr>
      <w:r w:rsidRPr="00991C7E">
        <w:rPr>
          <w:rFonts w:ascii="Times New Roman" w:hAnsi="Times New Roman" w:cs="Times New Roman"/>
          <w:sz w:val="22"/>
        </w:rPr>
        <w:t>Za punktowane uznane będą wyłącznie roboty budowlane polegające na przebudowie, rozbudowie lub remoncie budynków zabytkowych wpisanych do rejestru zabytków, przy których wskazana osoba pełniła funkcję kierownika budowy lub kie</w:t>
      </w:r>
      <w:r w:rsidRPr="00991C7E">
        <w:rPr>
          <w:rFonts w:ascii="Times New Roman" w:hAnsi="Times New Roman" w:cs="Times New Roman"/>
          <w:sz w:val="22"/>
        </w:rPr>
        <w:t>rownika robót, a okres pełnienia funkcji przy każdej robocie wynosił co najmniej 4 miesiące.</w:t>
      </w:r>
    </w:p>
    <w:p w:rsidR="001F3D6F" w:rsidRPr="00991C7E" w:rsidRDefault="00991C7E">
      <w:pPr>
        <w:rPr>
          <w:rFonts w:ascii="Times New Roman" w:hAnsi="Times New Roman" w:cs="Times New Roman"/>
          <w:sz w:val="22"/>
        </w:rPr>
      </w:pPr>
      <w:r w:rsidRPr="00991C7E">
        <w:rPr>
          <w:rFonts w:ascii="Times New Roman" w:hAnsi="Times New Roman" w:cs="Times New Roman"/>
          <w:sz w:val="22"/>
        </w:rPr>
        <w:br w:type="page"/>
      </w:r>
      <w:bookmarkStart w:id="0" w:name="_GoBack"/>
      <w:bookmarkEnd w:id="0"/>
    </w:p>
    <w:tbl>
      <w:tblPr>
        <w:tblStyle w:val="Tabela-Siatka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628"/>
        <w:gridCol w:w="4876"/>
        <w:gridCol w:w="2494"/>
        <w:gridCol w:w="3685"/>
      </w:tblGrid>
      <w:tr w:rsidR="001F3D6F" w:rsidRPr="00991C7E" w:rsidTr="00991C7E">
        <w:trPr>
          <w:tblHeader/>
          <w:jc w:val="center"/>
        </w:trPr>
        <w:tc>
          <w:tcPr>
            <w:tcW w:w="567" w:type="dxa"/>
            <w:shd w:val="clear" w:color="auto" w:fill="auto"/>
            <w:tcMar>
              <w:top w:w="70" w:type="dxa"/>
              <w:left w:w="60" w:type="dxa"/>
              <w:bottom w:w="70" w:type="dxa"/>
              <w:right w:w="60" w:type="dxa"/>
            </w:tcMar>
            <w:vAlign w:val="center"/>
          </w:tcPr>
          <w:p w:rsidR="001F3D6F" w:rsidRPr="00991C7E" w:rsidRDefault="00991C7E">
            <w:pPr>
              <w:jc w:val="center"/>
              <w:rPr>
                <w:rFonts w:ascii="Times New Roman" w:hAnsi="Times New Roman" w:cs="Times New Roman"/>
              </w:rPr>
            </w:pPr>
            <w:r w:rsidRPr="00991C7E">
              <w:rPr>
                <w:rFonts w:ascii="Times New Roman" w:hAnsi="Times New Roman" w:cs="Times New Roman"/>
                <w:b/>
                <w:sz w:val="17"/>
              </w:rPr>
              <w:lastRenderedPageBreak/>
              <w:t>Lp.</w:t>
            </w:r>
          </w:p>
        </w:tc>
        <w:tc>
          <w:tcPr>
            <w:tcW w:w="3628" w:type="dxa"/>
            <w:shd w:val="clear" w:color="auto" w:fill="auto"/>
            <w:tcMar>
              <w:top w:w="70" w:type="dxa"/>
              <w:left w:w="60" w:type="dxa"/>
              <w:bottom w:w="70" w:type="dxa"/>
              <w:right w:w="60" w:type="dxa"/>
            </w:tcMar>
            <w:vAlign w:val="center"/>
          </w:tcPr>
          <w:p w:rsidR="001F3D6F" w:rsidRPr="00991C7E" w:rsidRDefault="00991C7E">
            <w:pPr>
              <w:jc w:val="center"/>
              <w:rPr>
                <w:rFonts w:ascii="Times New Roman" w:hAnsi="Times New Roman" w:cs="Times New Roman"/>
              </w:rPr>
            </w:pPr>
            <w:r w:rsidRPr="00991C7E">
              <w:rPr>
                <w:rFonts w:ascii="Times New Roman" w:hAnsi="Times New Roman" w:cs="Times New Roman"/>
                <w:b/>
                <w:sz w:val="17"/>
              </w:rPr>
              <w:t>Nazwa zadania i lokalizacja</w:t>
            </w:r>
          </w:p>
        </w:tc>
        <w:tc>
          <w:tcPr>
            <w:tcW w:w="4876" w:type="dxa"/>
            <w:shd w:val="clear" w:color="auto" w:fill="auto"/>
            <w:tcMar>
              <w:top w:w="70" w:type="dxa"/>
              <w:left w:w="60" w:type="dxa"/>
              <w:bottom w:w="70" w:type="dxa"/>
              <w:right w:w="60" w:type="dxa"/>
            </w:tcMar>
            <w:vAlign w:val="center"/>
          </w:tcPr>
          <w:p w:rsidR="001F3D6F" w:rsidRPr="00991C7E" w:rsidRDefault="00991C7E">
            <w:pPr>
              <w:jc w:val="center"/>
              <w:rPr>
                <w:rFonts w:ascii="Times New Roman" w:hAnsi="Times New Roman" w:cs="Times New Roman"/>
              </w:rPr>
            </w:pPr>
            <w:r w:rsidRPr="00991C7E">
              <w:rPr>
                <w:rFonts w:ascii="Times New Roman" w:hAnsi="Times New Roman" w:cs="Times New Roman"/>
                <w:b/>
                <w:sz w:val="17"/>
              </w:rPr>
              <w:t>Pełniona funkcja oraz zakres robót budowlanych</w:t>
            </w:r>
          </w:p>
        </w:tc>
        <w:tc>
          <w:tcPr>
            <w:tcW w:w="2494" w:type="dxa"/>
            <w:shd w:val="clear" w:color="auto" w:fill="auto"/>
            <w:tcMar>
              <w:top w:w="70" w:type="dxa"/>
              <w:left w:w="60" w:type="dxa"/>
              <w:bottom w:w="70" w:type="dxa"/>
              <w:right w:w="60" w:type="dxa"/>
            </w:tcMar>
            <w:vAlign w:val="center"/>
          </w:tcPr>
          <w:p w:rsidR="001F3D6F" w:rsidRPr="00991C7E" w:rsidRDefault="00991C7E">
            <w:pPr>
              <w:jc w:val="center"/>
              <w:rPr>
                <w:rFonts w:ascii="Times New Roman" w:hAnsi="Times New Roman" w:cs="Times New Roman"/>
              </w:rPr>
            </w:pPr>
            <w:r w:rsidRPr="00991C7E">
              <w:rPr>
                <w:rFonts w:ascii="Times New Roman" w:hAnsi="Times New Roman" w:cs="Times New Roman"/>
                <w:b/>
                <w:sz w:val="17"/>
              </w:rPr>
              <w:t>Okres pełnienia funkcji</w:t>
            </w:r>
          </w:p>
        </w:tc>
        <w:tc>
          <w:tcPr>
            <w:tcW w:w="3685" w:type="dxa"/>
            <w:shd w:val="clear" w:color="auto" w:fill="auto"/>
            <w:tcMar>
              <w:top w:w="70" w:type="dxa"/>
              <w:left w:w="60" w:type="dxa"/>
              <w:bottom w:w="70" w:type="dxa"/>
              <w:right w:w="60" w:type="dxa"/>
            </w:tcMar>
            <w:vAlign w:val="center"/>
          </w:tcPr>
          <w:p w:rsidR="001F3D6F" w:rsidRPr="00991C7E" w:rsidRDefault="00991C7E">
            <w:pPr>
              <w:jc w:val="center"/>
              <w:rPr>
                <w:rFonts w:ascii="Times New Roman" w:hAnsi="Times New Roman" w:cs="Times New Roman"/>
              </w:rPr>
            </w:pPr>
            <w:r w:rsidRPr="00991C7E">
              <w:rPr>
                <w:rFonts w:ascii="Times New Roman" w:hAnsi="Times New Roman" w:cs="Times New Roman"/>
                <w:b/>
                <w:sz w:val="17"/>
              </w:rPr>
              <w:t>Nazwa i adres Zamawiającego / Inwestora</w:t>
            </w:r>
          </w:p>
        </w:tc>
      </w:tr>
      <w:tr w:rsidR="001F3D6F" w:rsidRPr="00991C7E">
        <w:trPr>
          <w:cantSplit/>
          <w:jc w:val="center"/>
        </w:trPr>
        <w:tc>
          <w:tcPr>
            <w:tcW w:w="567" w:type="dxa"/>
            <w:tcMar>
              <w:top w:w="70" w:type="dxa"/>
              <w:left w:w="60" w:type="dxa"/>
              <w:bottom w:w="70" w:type="dxa"/>
              <w:right w:w="60" w:type="dxa"/>
            </w:tcMar>
          </w:tcPr>
          <w:p w:rsidR="001F3D6F" w:rsidRPr="00991C7E" w:rsidRDefault="00991C7E">
            <w:pPr>
              <w:jc w:val="center"/>
              <w:rPr>
                <w:rFonts w:ascii="Times New Roman" w:hAnsi="Times New Roman" w:cs="Times New Roman"/>
              </w:rPr>
            </w:pPr>
            <w:r w:rsidRPr="00991C7E">
              <w:rPr>
                <w:rFonts w:ascii="Times New Roman" w:hAnsi="Times New Roman" w:cs="Times New Roman"/>
                <w:sz w:val="17"/>
              </w:rPr>
              <w:t>1.</w:t>
            </w:r>
          </w:p>
        </w:tc>
        <w:tc>
          <w:tcPr>
            <w:tcW w:w="3628" w:type="dxa"/>
            <w:tcMar>
              <w:top w:w="70" w:type="dxa"/>
              <w:left w:w="60" w:type="dxa"/>
              <w:bottom w:w="70" w:type="dxa"/>
              <w:right w:w="60" w:type="dxa"/>
            </w:tcMar>
          </w:tcPr>
          <w:p w:rsidR="001F3D6F" w:rsidRPr="00991C7E" w:rsidRDefault="00991C7E">
            <w:pPr>
              <w:rPr>
                <w:rFonts w:ascii="Times New Roman" w:hAnsi="Times New Roman" w:cs="Times New Roman"/>
              </w:rPr>
            </w:pPr>
            <w:r w:rsidRPr="00991C7E">
              <w:rPr>
                <w:rFonts w:ascii="Times New Roman" w:hAnsi="Times New Roman" w:cs="Times New Roman"/>
                <w:sz w:val="16"/>
              </w:rPr>
              <w:t>Nazwa zadania:</w:t>
            </w:r>
            <w:r w:rsidRPr="00991C7E">
              <w:rPr>
                <w:rFonts w:ascii="Times New Roman" w:hAnsi="Times New Roman" w:cs="Times New Roman"/>
                <w:sz w:val="16"/>
              </w:rPr>
              <w:t xml:space="preserve"> .................................................................</w:t>
            </w:r>
            <w:r w:rsidRPr="00991C7E">
              <w:rPr>
                <w:rFonts w:ascii="Times New Roman" w:hAnsi="Times New Roman" w:cs="Times New Roman"/>
                <w:sz w:val="16"/>
              </w:rPr>
              <w:br/>
              <w:t>Lokalizacja: ........................................................................</w:t>
            </w:r>
            <w:r w:rsidRPr="00991C7E">
              <w:rPr>
                <w:rFonts w:ascii="Times New Roman" w:hAnsi="Times New Roman" w:cs="Times New Roman"/>
                <w:sz w:val="16"/>
              </w:rPr>
              <w:br/>
              <w:t>Budynek wpisany do rejestru zabytków: tak/nie*; nr rejestru/decyzji (jeżeli znany): ...................</w:t>
            </w:r>
            <w:r w:rsidRPr="00991C7E">
              <w:rPr>
                <w:rFonts w:ascii="Times New Roman" w:hAnsi="Times New Roman" w:cs="Times New Roman"/>
                <w:sz w:val="16"/>
              </w:rPr>
              <w:t>.....</w:t>
            </w:r>
          </w:p>
        </w:tc>
        <w:tc>
          <w:tcPr>
            <w:tcW w:w="4876" w:type="dxa"/>
            <w:tcMar>
              <w:top w:w="70" w:type="dxa"/>
              <w:left w:w="60" w:type="dxa"/>
              <w:bottom w:w="70" w:type="dxa"/>
              <w:right w:w="60" w:type="dxa"/>
            </w:tcMar>
          </w:tcPr>
          <w:p w:rsidR="001F3D6F" w:rsidRPr="00991C7E" w:rsidRDefault="00991C7E">
            <w:pPr>
              <w:rPr>
                <w:rFonts w:ascii="Times New Roman" w:hAnsi="Times New Roman" w:cs="Times New Roman"/>
              </w:rPr>
            </w:pPr>
            <w:r w:rsidRPr="00991C7E">
              <w:rPr>
                <w:rFonts w:ascii="Times New Roman" w:hAnsi="Times New Roman" w:cs="Times New Roman"/>
                <w:sz w:val="16"/>
              </w:rPr>
              <w:t>Wskazana osoba pełniła funkcję: kierownika budowy / kierownika robót*</w:t>
            </w:r>
            <w:r w:rsidRPr="00991C7E">
              <w:rPr>
                <w:rFonts w:ascii="Times New Roman" w:hAnsi="Times New Roman" w:cs="Times New Roman"/>
                <w:sz w:val="16"/>
              </w:rPr>
              <w:br/>
              <w:t>Roboty polegały na: przebudowie / rozbudowie / remoncie*</w:t>
            </w:r>
            <w:r w:rsidRPr="00991C7E">
              <w:rPr>
                <w:rFonts w:ascii="Times New Roman" w:hAnsi="Times New Roman" w:cs="Times New Roman"/>
                <w:sz w:val="16"/>
              </w:rPr>
              <w:br/>
              <w:t>Zakres robót: ........................................................................................................</w:t>
            </w:r>
          </w:p>
        </w:tc>
        <w:tc>
          <w:tcPr>
            <w:tcW w:w="2494" w:type="dxa"/>
            <w:tcMar>
              <w:top w:w="70" w:type="dxa"/>
              <w:left w:w="60" w:type="dxa"/>
              <w:bottom w:w="70" w:type="dxa"/>
              <w:right w:w="60" w:type="dxa"/>
            </w:tcMar>
          </w:tcPr>
          <w:p w:rsidR="001F3D6F" w:rsidRPr="00991C7E" w:rsidRDefault="00991C7E">
            <w:pPr>
              <w:rPr>
                <w:rFonts w:ascii="Times New Roman" w:hAnsi="Times New Roman" w:cs="Times New Roman"/>
              </w:rPr>
            </w:pPr>
            <w:r w:rsidRPr="00991C7E">
              <w:rPr>
                <w:rFonts w:ascii="Times New Roman" w:hAnsi="Times New Roman" w:cs="Times New Roman"/>
                <w:sz w:val="16"/>
              </w:rPr>
              <w:t xml:space="preserve">od: </w:t>
            </w:r>
            <w:r w:rsidRPr="00991C7E">
              <w:rPr>
                <w:rFonts w:ascii="Times New Roman" w:hAnsi="Times New Roman" w:cs="Times New Roman"/>
                <w:sz w:val="16"/>
              </w:rPr>
              <w:t>__.__.____ r.</w:t>
            </w:r>
            <w:r w:rsidRPr="00991C7E">
              <w:rPr>
                <w:rFonts w:ascii="Times New Roman" w:hAnsi="Times New Roman" w:cs="Times New Roman"/>
                <w:sz w:val="16"/>
              </w:rPr>
              <w:br/>
              <w:t>do: __.__.____ r.</w:t>
            </w:r>
            <w:r w:rsidRPr="00991C7E">
              <w:rPr>
                <w:rFonts w:ascii="Times New Roman" w:hAnsi="Times New Roman" w:cs="Times New Roman"/>
                <w:sz w:val="16"/>
              </w:rPr>
              <w:br/>
              <w:t>Łącznie co najmniej 4 miesiące: tak/nie*</w:t>
            </w:r>
          </w:p>
        </w:tc>
        <w:tc>
          <w:tcPr>
            <w:tcW w:w="3685" w:type="dxa"/>
            <w:tcMar>
              <w:top w:w="70" w:type="dxa"/>
              <w:left w:w="60" w:type="dxa"/>
              <w:bottom w:w="70" w:type="dxa"/>
              <w:right w:w="60" w:type="dxa"/>
            </w:tcMar>
          </w:tcPr>
          <w:p w:rsidR="001F3D6F" w:rsidRPr="00991C7E" w:rsidRDefault="00991C7E">
            <w:pPr>
              <w:rPr>
                <w:rFonts w:ascii="Times New Roman" w:hAnsi="Times New Roman" w:cs="Times New Roman"/>
              </w:rPr>
            </w:pPr>
            <w:r w:rsidRPr="00991C7E">
              <w:rPr>
                <w:rFonts w:ascii="Times New Roman" w:hAnsi="Times New Roman" w:cs="Times New Roman"/>
                <w:sz w:val="16"/>
              </w:rPr>
              <w:t>Nazwa: ..............................................................................</w:t>
            </w:r>
            <w:r w:rsidRPr="00991C7E">
              <w:rPr>
                <w:rFonts w:ascii="Times New Roman" w:hAnsi="Times New Roman" w:cs="Times New Roman"/>
                <w:sz w:val="16"/>
              </w:rPr>
              <w:br/>
              <w:t>Adres: ...............................................................................</w:t>
            </w:r>
            <w:r w:rsidRPr="00991C7E">
              <w:rPr>
                <w:rFonts w:ascii="Times New Roman" w:hAnsi="Times New Roman" w:cs="Times New Roman"/>
                <w:sz w:val="16"/>
              </w:rPr>
              <w:br/>
              <w:t>Osoba do k</w:t>
            </w:r>
            <w:r w:rsidRPr="00991C7E">
              <w:rPr>
                <w:rFonts w:ascii="Times New Roman" w:hAnsi="Times New Roman" w:cs="Times New Roman"/>
                <w:sz w:val="16"/>
              </w:rPr>
              <w:t>ontaktu / tel. lub e-mail (opcjonalnie): ................................</w:t>
            </w:r>
          </w:p>
        </w:tc>
      </w:tr>
      <w:tr w:rsidR="001F3D6F" w:rsidRPr="00991C7E">
        <w:trPr>
          <w:cantSplit/>
          <w:jc w:val="center"/>
        </w:trPr>
        <w:tc>
          <w:tcPr>
            <w:tcW w:w="567" w:type="dxa"/>
            <w:tcMar>
              <w:top w:w="70" w:type="dxa"/>
              <w:left w:w="60" w:type="dxa"/>
              <w:bottom w:w="70" w:type="dxa"/>
              <w:right w:w="60" w:type="dxa"/>
            </w:tcMar>
          </w:tcPr>
          <w:p w:rsidR="001F3D6F" w:rsidRPr="00991C7E" w:rsidRDefault="00991C7E">
            <w:pPr>
              <w:jc w:val="center"/>
              <w:rPr>
                <w:rFonts w:ascii="Times New Roman" w:hAnsi="Times New Roman" w:cs="Times New Roman"/>
              </w:rPr>
            </w:pPr>
            <w:r w:rsidRPr="00991C7E">
              <w:rPr>
                <w:rFonts w:ascii="Times New Roman" w:hAnsi="Times New Roman" w:cs="Times New Roman"/>
                <w:sz w:val="17"/>
              </w:rPr>
              <w:t>2.</w:t>
            </w:r>
          </w:p>
        </w:tc>
        <w:tc>
          <w:tcPr>
            <w:tcW w:w="3628" w:type="dxa"/>
            <w:tcMar>
              <w:top w:w="70" w:type="dxa"/>
              <w:left w:w="60" w:type="dxa"/>
              <w:bottom w:w="70" w:type="dxa"/>
              <w:right w:w="60" w:type="dxa"/>
            </w:tcMar>
          </w:tcPr>
          <w:p w:rsidR="001F3D6F" w:rsidRPr="00991C7E" w:rsidRDefault="00991C7E">
            <w:pPr>
              <w:rPr>
                <w:rFonts w:ascii="Times New Roman" w:hAnsi="Times New Roman" w:cs="Times New Roman"/>
              </w:rPr>
            </w:pPr>
            <w:r w:rsidRPr="00991C7E">
              <w:rPr>
                <w:rFonts w:ascii="Times New Roman" w:hAnsi="Times New Roman" w:cs="Times New Roman"/>
                <w:sz w:val="16"/>
              </w:rPr>
              <w:t>Nazwa zadania: .................................................................</w:t>
            </w:r>
            <w:r w:rsidRPr="00991C7E">
              <w:rPr>
                <w:rFonts w:ascii="Times New Roman" w:hAnsi="Times New Roman" w:cs="Times New Roman"/>
                <w:sz w:val="16"/>
              </w:rPr>
              <w:br/>
              <w:t>Lokalizacja: ........................................................................</w:t>
            </w:r>
            <w:r w:rsidRPr="00991C7E">
              <w:rPr>
                <w:rFonts w:ascii="Times New Roman" w:hAnsi="Times New Roman" w:cs="Times New Roman"/>
                <w:sz w:val="16"/>
              </w:rPr>
              <w:br/>
              <w:t xml:space="preserve">Budynek </w:t>
            </w:r>
            <w:r w:rsidRPr="00991C7E">
              <w:rPr>
                <w:rFonts w:ascii="Times New Roman" w:hAnsi="Times New Roman" w:cs="Times New Roman"/>
                <w:sz w:val="16"/>
              </w:rPr>
              <w:t>wpisany do rejestru zabytków: tak/nie*; nr rejestru/decyzji (jeżeli znany): ........................</w:t>
            </w:r>
          </w:p>
        </w:tc>
        <w:tc>
          <w:tcPr>
            <w:tcW w:w="4876" w:type="dxa"/>
            <w:tcMar>
              <w:top w:w="70" w:type="dxa"/>
              <w:left w:w="60" w:type="dxa"/>
              <w:bottom w:w="70" w:type="dxa"/>
              <w:right w:w="60" w:type="dxa"/>
            </w:tcMar>
          </w:tcPr>
          <w:p w:rsidR="001F3D6F" w:rsidRPr="00991C7E" w:rsidRDefault="00991C7E">
            <w:pPr>
              <w:rPr>
                <w:rFonts w:ascii="Times New Roman" w:hAnsi="Times New Roman" w:cs="Times New Roman"/>
              </w:rPr>
            </w:pPr>
            <w:r w:rsidRPr="00991C7E">
              <w:rPr>
                <w:rFonts w:ascii="Times New Roman" w:hAnsi="Times New Roman" w:cs="Times New Roman"/>
                <w:sz w:val="16"/>
              </w:rPr>
              <w:t>Wskazana osoba pełniła funkcję: kierownika budowy / kierownika robót*</w:t>
            </w:r>
            <w:r w:rsidRPr="00991C7E">
              <w:rPr>
                <w:rFonts w:ascii="Times New Roman" w:hAnsi="Times New Roman" w:cs="Times New Roman"/>
                <w:sz w:val="16"/>
              </w:rPr>
              <w:br/>
              <w:t>Roboty polegały na: przebudowie / rozbudowie / remoncie*</w:t>
            </w:r>
            <w:r w:rsidRPr="00991C7E">
              <w:rPr>
                <w:rFonts w:ascii="Times New Roman" w:hAnsi="Times New Roman" w:cs="Times New Roman"/>
                <w:sz w:val="16"/>
              </w:rPr>
              <w:br/>
              <w:t>Zakres robót: ..............</w:t>
            </w:r>
            <w:r w:rsidRPr="00991C7E">
              <w:rPr>
                <w:rFonts w:ascii="Times New Roman" w:hAnsi="Times New Roman" w:cs="Times New Roman"/>
                <w:sz w:val="16"/>
              </w:rPr>
              <w:t>..........................................................................................</w:t>
            </w:r>
          </w:p>
        </w:tc>
        <w:tc>
          <w:tcPr>
            <w:tcW w:w="2494" w:type="dxa"/>
            <w:tcMar>
              <w:top w:w="70" w:type="dxa"/>
              <w:left w:w="60" w:type="dxa"/>
              <w:bottom w:w="70" w:type="dxa"/>
              <w:right w:w="60" w:type="dxa"/>
            </w:tcMar>
          </w:tcPr>
          <w:p w:rsidR="001F3D6F" w:rsidRPr="00991C7E" w:rsidRDefault="00991C7E">
            <w:pPr>
              <w:rPr>
                <w:rFonts w:ascii="Times New Roman" w:hAnsi="Times New Roman" w:cs="Times New Roman"/>
              </w:rPr>
            </w:pPr>
            <w:r w:rsidRPr="00991C7E">
              <w:rPr>
                <w:rFonts w:ascii="Times New Roman" w:hAnsi="Times New Roman" w:cs="Times New Roman"/>
                <w:sz w:val="16"/>
              </w:rPr>
              <w:t>od: __.__.____ r.</w:t>
            </w:r>
            <w:r w:rsidRPr="00991C7E">
              <w:rPr>
                <w:rFonts w:ascii="Times New Roman" w:hAnsi="Times New Roman" w:cs="Times New Roman"/>
                <w:sz w:val="16"/>
              </w:rPr>
              <w:br/>
              <w:t>do: __.__.____ r.</w:t>
            </w:r>
            <w:r w:rsidRPr="00991C7E">
              <w:rPr>
                <w:rFonts w:ascii="Times New Roman" w:hAnsi="Times New Roman" w:cs="Times New Roman"/>
                <w:sz w:val="16"/>
              </w:rPr>
              <w:br/>
              <w:t>Łącznie co najmniej 4 miesiące: tak/nie*</w:t>
            </w:r>
          </w:p>
        </w:tc>
        <w:tc>
          <w:tcPr>
            <w:tcW w:w="3685" w:type="dxa"/>
            <w:tcMar>
              <w:top w:w="70" w:type="dxa"/>
              <w:left w:w="60" w:type="dxa"/>
              <w:bottom w:w="70" w:type="dxa"/>
              <w:right w:w="60" w:type="dxa"/>
            </w:tcMar>
          </w:tcPr>
          <w:p w:rsidR="001F3D6F" w:rsidRPr="00991C7E" w:rsidRDefault="00991C7E">
            <w:pPr>
              <w:rPr>
                <w:rFonts w:ascii="Times New Roman" w:hAnsi="Times New Roman" w:cs="Times New Roman"/>
              </w:rPr>
            </w:pPr>
            <w:r w:rsidRPr="00991C7E">
              <w:rPr>
                <w:rFonts w:ascii="Times New Roman" w:hAnsi="Times New Roman" w:cs="Times New Roman"/>
                <w:sz w:val="16"/>
              </w:rPr>
              <w:t>Nazwa: ..............................................................................</w:t>
            </w:r>
            <w:r w:rsidRPr="00991C7E">
              <w:rPr>
                <w:rFonts w:ascii="Times New Roman" w:hAnsi="Times New Roman" w:cs="Times New Roman"/>
                <w:sz w:val="16"/>
              </w:rPr>
              <w:br/>
              <w:t>Ad</w:t>
            </w:r>
            <w:r w:rsidRPr="00991C7E">
              <w:rPr>
                <w:rFonts w:ascii="Times New Roman" w:hAnsi="Times New Roman" w:cs="Times New Roman"/>
                <w:sz w:val="16"/>
              </w:rPr>
              <w:t>res: ...............................................................................</w:t>
            </w:r>
            <w:r w:rsidRPr="00991C7E">
              <w:rPr>
                <w:rFonts w:ascii="Times New Roman" w:hAnsi="Times New Roman" w:cs="Times New Roman"/>
                <w:sz w:val="16"/>
              </w:rPr>
              <w:br/>
              <w:t>Osoba do kontaktu / tel. lub e-mail (opcjonalnie): ................................</w:t>
            </w:r>
          </w:p>
        </w:tc>
      </w:tr>
      <w:tr w:rsidR="001F3D6F" w:rsidRPr="00991C7E">
        <w:trPr>
          <w:cantSplit/>
          <w:jc w:val="center"/>
        </w:trPr>
        <w:tc>
          <w:tcPr>
            <w:tcW w:w="567" w:type="dxa"/>
            <w:tcMar>
              <w:top w:w="70" w:type="dxa"/>
              <w:left w:w="60" w:type="dxa"/>
              <w:bottom w:w="70" w:type="dxa"/>
              <w:right w:w="60" w:type="dxa"/>
            </w:tcMar>
          </w:tcPr>
          <w:p w:rsidR="001F3D6F" w:rsidRPr="00991C7E" w:rsidRDefault="00991C7E">
            <w:pPr>
              <w:jc w:val="center"/>
              <w:rPr>
                <w:rFonts w:ascii="Times New Roman" w:hAnsi="Times New Roman" w:cs="Times New Roman"/>
              </w:rPr>
            </w:pPr>
            <w:r w:rsidRPr="00991C7E">
              <w:rPr>
                <w:rFonts w:ascii="Times New Roman" w:hAnsi="Times New Roman" w:cs="Times New Roman"/>
                <w:sz w:val="17"/>
              </w:rPr>
              <w:t>3.</w:t>
            </w:r>
          </w:p>
        </w:tc>
        <w:tc>
          <w:tcPr>
            <w:tcW w:w="3628" w:type="dxa"/>
            <w:tcMar>
              <w:top w:w="70" w:type="dxa"/>
              <w:left w:w="60" w:type="dxa"/>
              <w:bottom w:w="70" w:type="dxa"/>
              <w:right w:w="60" w:type="dxa"/>
            </w:tcMar>
          </w:tcPr>
          <w:p w:rsidR="001F3D6F" w:rsidRPr="00991C7E" w:rsidRDefault="00991C7E">
            <w:pPr>
              <w:rPr>
                <w:rFonts w:ascii="Times New Roman" w:hAnsi="Times New Roman" w:cs="Times New Roman"/>
              </w:rPr>
            </w:pPr>
            <w:r w:rsidRPr="00991C7E">
              <w:rPr>
                <w:rFonts w:ascii="Times New Roman" w:hAnsi="Times New Roman" w:cs="Times New Roman"/>
                <w:sz w:val="16"/>
              </w:rPr>
              <w:t>Nazwa zadania: .................................................................</w:t>
            </w:r>
            <w:r w:rsidRPr="00991C7E">
              <w:rPr>
                <w:rFonts w:ascii="Times New Roman" w:hAnsi="Times New Roman" w:cs="Times New Roman"/>
                <w:sz w:val="16"/>
              </w:rPr>
              <w:br/>
              <w:t>Lo</w:t>
            </w:r>
            <w:r w:rsidRPr="00991C7E">
              <w:rPr>
                <w:rFonts w:ascii="Times New Roman" w:hAnsi="Times New Roman" w:cs="Times New Roman"/>
                <w:sz w:val="16"/>
              </w:rPr>
              <w:t>kalizacja: ........................................................................</w:t>
            </w:r>
            <w:r w:rsidRPr="00991C7E">
              <w:rPr>
                <w:rFonts w:ascii="Times New Roman" w:hAnsi="Times New Roman" w:cs="Times New Roman"/>
                <w:sz w:val="16"/>
              </w:rPr>
              <w:br/>
              <w:t>Budynek wpisany do rejestru zabytków: tak/nie*; nr rejestru/decyzji (jeżeli znany): ........................</w:t>
            </w:r>
          </w:p>
        </w:tc>
        <w:tc>
          <w:tcPr>
            <w:tcW w:w="4876" w:type="dxa"/>
            <w:tcMar>
              <w:top w:w="70" w:type="dxa"/>
              <w:left w:w="60" w:type="dxa"/>
              <w:bottom w:w="70" w:type="dxa"/>
              <w:right w:w="60" w:type="dxa"/>
            </w:tcMar>
          </w:tcPr>
          <w:p w:rsidR="001F3D6F" w:rsidRPr="00991C7E" w:rsidRDefault="00991C7E">
            <w:pPr>
              <w:rPr>
                <w:rFonts w:ascii="Times New Roman" w:hAnsi="Times New Roman" w:cs="Times New Roman"/>
              </w:rPr>
            </w:pPr>
            <w:r w:rsidRPr="00991C7E">
              <w:rPr>
                <w:rFonts w:ascii="Times New Roman" w:hAnsi="Times New Roman" w:cs="Times New Roman"/>
                <w:sz w:val="16"/>
              </w:rPr>
              <w:t xml:space="preserve">Wskazana osoba pełniła funkcję: kierownika budowy / kierownika </w:t>
            </w:r>
            <w:r w:rsidRPr="00991C7E">
              <w:rPr>
                <w:rFonts w:ascii="Times New Roman" w:hAnsi="Times New Roman" w:cs="Times New Roman"/>
                <w:sz w:val="16"/>
              </w:rPr>
              <w:t>robót*</w:t>
            </w:r>
            <w:r w:rsidRPr="00991C7E">
              <w:rPr>
                <w:rFonts w:ascii="Times New Roman" w:hAnsi="Times New Roman" w:cs="Times New Roman"/>
                <w:sz w:val="16"/>
              </w:rPr>
              <w:br/>
              <w:t>Roboty polegały na: przebudowie / rozbudowie / remoncie*</w:t>
            </w:r>
            <w:r w:rsidRPr="00991C7E">
              <w:rPr>
                <w:rFonts w:ascii="Times New Roman" w:hAnsi="Times New Roman" w:cs="Times New Roman"/>
                <w:sz w:val="16"/>
              </w:rPr>
              <w:br/>
              <w:t>Zakres robót: ........................................................................................................</w:t>
            </w:r>
          </w:p>
        </w:tc>
        <w:tc>
          <w:tcPr>
            <w:tcW w:w="2494" w:type="dxa"/>
            <w:tcMar>
              <w:top w:w="70" w:type="dxa"/>
              <w:left w:w="60" w:type="dxa"/>
              <w:bottom w:w="70" w:type="dxa"/>
              <w:right w:w="60" w:type="dxa"/>
            </w:tcMar>
          </w:tcPr>
          <w:p w:rsidR="001F3D6F" w:rsidRPr="00991C7E" w:rsidRDefault="00991C7E">
            <w:pPr>
              <w:rPr>
                <w:rFonts w:ascii="Times New Roman" w:hAnsi="Times New Roman" w:cs="Times New Roman"/>
              </w:rPr>
            </w:pPr>
            <w:r w:rsidRPr="00991C7E">
              <w:rPr>
                <w:rFonts w:ascii="Times New Roman" w:hAnsi="Times New Roman" w:cs="Times New Roman"/>
                <w:sz w:val="16"/>
              </w:rPr>
              <w:t>od: __.__.____ r.</w:t>
            </w:r>
            <w:r w:rsidRPr="00991C7E">
              <w:rPr>
                <w:rFonts w:ascii="Times New Roman" w:hAnsi="Times New Roman" w:cs="Times New Roman"/>
                <w:sz w:val="16"/>
              </w:rPr>
              <w:br/>
              <w:t>do: __.__.____ r.</w:t>
            </w:r>
            <w:r w:rsidRPr="00991C7E">
              <w:rPr>
                <w:rFonts w:ascii="Times New Roman" w:hAnsi="Times New Roman" w:cs="Times New Roman"/>
                <w:sz w:val="16"/>
              </w:rPr>
              <w:br/>
              <w:t>Łącznie co najmniej 4 miesiące: tak/n</w:t>
            </w:r>
            <w:r w:rsidRPr="00991C7E">
              <w:rPr>
                <w:rFonts w:ascii="Times New Roman" w:hAnsi="Times New Roman" w:cs="Times New Roman"/>
                <w:sz w:val="16"/>
              </w:rPr>
              <w:t>ie*</w:t>
            </w:r>
          </w:p>
        </w:tc>
        <w:tc>
          <w:tcPr>
            <w:tcW w:w="3685" w:type="dxa"/>
            <w:tcMar>
              <w:top w:w="70" w:type="dxa"/>
              <w:left w:w="60" w:type="dxa"/>
              <w:bottom w:w="70" w:type="dxa"/>
              <w:right w:w="60" w:type="dxa"/>
            </w:tcMar>
          </w:tcPr>
          <w:p w:rsidR="001F3D6F" w:rsidRPr="00991C7E" w:rsidRDefault="00991C7E">
            <w:pPr>
              <w:rPr>
                <w:rFonts w:ascii="Times New Roman" w:hAnsi="Times New Roman" w:cs="Times New Roman"/>
              </w:rPr>
            </w:pPr>
            <w:r w:rsidRPr="00991C7E">
              <w:rPr>
                <w:rFonts w:ascii="Times New Roman" w:hAnsi="Times New Roman" w:cs="Times New Roman"/>
                <w:sz w:val="16"/>
              </w:rPr>
              <w:t>Nazwa: ..............................................................................</w:t>
            </w:r>
            <w:r w:rsidRPr="00991C7E">
              <w:rPr>
                <w:rFonts w:ascii="Times New Roman" w:hAnsi="Times New Roman" w:cs="Times New Roman"/>
                <w:sz w:val="16"/>
              </w:rPr>
              <w:br/>
              <w:t>Adres: ...............................................................................</w:t>
            </w:r>
            <w:r w:rsidRPr="00991C7E">
              <w:rPr>
                <w:rFonts w:ascii="Times New Roman" w:hAnsi="Times New Roman" w:cs="Times New Roman"/>
                <w:sz w:val="16"/>
              </w:rPr>
              <w:br/>
              <w:t>Osoba do kontaktu / tel. lub e-mail (opcjonalnie): ............................</w:t>
            </w:r>
            <w:r w:rsidRPr="00991C7E">
              <w:rPr>
                <w:rFonts w:ascii="Times New Roman" w:hAnsi="Times New Roman" w:cs="Times New Roman"/>
                <w:sz w:val="16"/>
              </w:rPr>
              <w:t>....</w:t>
            </w:r>
          </w:p>
        </w:tc>
      </w:tr>
      <w:tr w:rsidR="001F3D6F" w:rsidRPr="00991C7E">
        <w:trPr>
          <w:cantSplit/>
          <w:jc w:val="center"/>
        </w:trPr>
        <w:tc>
          <w:tcPr>
            <w:tcW w:w="567" w:type="dxa"/>
            <w:tcMar>
              <w:top w:w="70" w:type="dxa"/>
              <w:left w:w="60" w:type="dxa"/>
              <w:bottom w:w="70" w:type="dxa"/>
              <w:right w:w="60" w:type="dxa"/>
            </w:tcMar>
          </w:tcPr>
          <w:p w:rsidR="001F3D6F" w:rsidRPr="00991C7E" w:rsidRDefault="00991C7E">
            <w:pPr>
              <w:jc w:val="center"/>
              <w:rPr>
                <w:rFonts w:ascii="Times New Roman" w:hAnsi="Times New Roman" w:cs="Times New Roman"/>
              </w:rPr>
            </w:pPr>
            <w:r w:rsidRPr="00991C7E">
              <w:rPr>
                <w:rFonts w:ascii="Times New Roman" w:hAnsi="Times New Roman" w:cs="Times New Roman"/>
                <w:sz w:val="17"/>
              </w:rPr>
              <w:t>4.</w:t>
            </w:r>
          </w:p>
        </w:tc>
        <w:tc>
          <w:tcPr>
            <w:tcW w:w="3628" w:type="dxa"/>
            <w:tcMar>
              <w:top w:w="70" w:type="dxa"/>
              <w:left w:w="60" w:type="dxa"/>
              <w:bottom w:w="70" w:type="dxa"/>
              <w:right w:w="60" w:type="dxa"/>
            </w:tcMar>
          </w:tcPr>
          <w:p w:rsidR="001F3D6F" w:rsidRPr="00991C7E" w:rsidRDefault="00991C7E">
            <w:pPr>
              <w:rPr>
                <w:rFonts w:ascii="Times New Roman" w:hAnsi="Times New Roman" w:cs="Times New Roman"/>
              </w:rPr>
            </w:pPr>
            <w:r w:rsidRPr="00991C7E">
              <w:rPr>
                <w:rFonts w:ascii="Times New Roman" w:hAnsi="Times New Roman" w:cs="Times New Roman"/>
                <w:sz w:val="16"/>
              </w:rPr>
              <w:t>Nazwa zadania: .................................................................</w:t>
            </w:r>
            <w:r w:rsidRPr="00991C7E">
              <w:rPr>
                <w:rFonts w:ascii="Times New Roman" w:hAnsi="Times New Roman" w:cs="Times New Roman"/>
                <w:sz w:val="16"/>
              </w:rPr>
              <w:br/>
              <w:t>Lokalizacja: ........................................................................</w:t>
            </w:r>
            <w:r w:rsidRPr="00991C7E">
              <w:rPr>
                <w:rFonts w:ascii="Times New Roman" w:hAnsi="Times New Roman" w:cs="Times New Roman"/>
                <w:sz w:val="16"/>
              </w:rPr>
              <w:br/>
              <w:t xml:space="preserve">Budynek wpisany do rejestru zabytków: tak/nie*; nr rejestru/decyzji (jeżeli </w:t>
            </w:r>
            <w:r w:rsidRPr="00991C7E">
              <w:rPr>
                <w:rFonts w:ascii="Times New Roman" w:hAnsi="Times New Roman" w:cs="Times New Roman"/>
                <w:sz w:val="16"/>
              </w:rPr>
              <w:t>znany): ........................</w:t>
            </w:r>
          </w:p>
        </w:tc>
        <w:tc>
          <w:tcPr>
            <w:tcW w:w="4876" w:type="dxa"/>
            <w:tcMar>
              <w:top w:w="70" w:type="dxa"/>
              <w:left w:w="60" w:type="dxa"/>
              <w:bottom w:w="70" w:type="dxa"/>
              <w:right w:w="60" w:type="dxa"/>
            </w:tcMar>
          </w:tcPr>
          <w:p w:rsidR="001F3D6F" w:rsidRPr="00991C7E" w:rsidRDefault="00991C7E">
            <w:pPr>
              <w:rPr>
                <w:rFonts w:ascii="Times New Roman" w:hAnsi="Times New Roman" w:cs="Times New Roman"/>
              </w:rPr>
            </w:pPr>
            <w:r w:rsidRPr="00991C7E">
              <w:rPr>
                <w:rFonts w:ascii="Times New Roman" w:hAnsi="Times New Roman" w:cs="Times New Roman"/>
                <w:sz w:val="16"/>
              </w:rPr>
              <w:t>Wskazana osoba pełniła funkcję: kierownika budowy / kierownika robót*</w:t>
            </w:r>
            <w:r w:rsidRPr="00991C7E">
              <w:rPr>
                <w:rFonts w:ascii="Times New Roman" w:hAnsi="Times New Roman" w:cs="Times New Roman"/>
                <w:sz w:val="16"/>
              </w:rPr>
              <w:br/>
              <w:t>Roboty polegały na: przebudowie / rozbudowie / remoncie*</w:t>
            </w:r>
            <w:r w:rsidRPr="00991C7E">
              <w:rPr>
                <w:rFonts w:ascii="Times New Roman" w:hAnsi="Times New Roman" w:cs="Times New Roman"/>
                <w:sz w:val="16"/>
              </w:rPr>
              <w:br/>
              <w:t xml:space="preserve">Zakres robót: </w:t>
            </w:r>
            <w:r w:rsidRPr="00991C7E">
              <w:rPr>
                <w:rFonts w:ascii="Times New Roman" w:hAnsi="Times New Roman" w:cs="Times New Roman"/>
                <w:sz w:val="16"/>
              </w:rPr>
              <w:t>........................................................................................................</w:t>
            </w:r>
          </w:p>
        </w:tc>
        <w:tc>
          <w:tcPr>
            <w:tcW w:w="2494" w:type="dxa"/>
            <w:tcMar>
              <w:top w:w="70" w:type="dxa"/>
              <w:left w:w="60" w:type="dxa"/>
              <w:bottom w:w="70" w:type="dxa"/>
              <w:right w:w="60" w:type="dxa"/>
            </w:tcMar>
          </w:tcPr>
          <w:p w:rsidR="001F3D6F" w:rsidRPr="00991C7E" w:rsidRDefault="00991C7E">
            <w:pPr>
              <w:rPr>
                <w:rFonts w:ascii="Times New Roman" w:hAnsi="Times New Roman" w:cs="Times New Roman"/>
              </w:rPr>
            </w:pPr>
            <w:r w:rsidRPr="00991C7E">
              <w:rPr>
                <w:rFonts w:ascii="Times New Roman" w:hAnsi="Times New Roman" w:cs="Times New Roman"/>
                <w:sz w:val="16"/>
              </w:rPr>
              <w:t>od: __.__.____ r.</w:t>
            </w:r>
            <w:r w:rsidRPr="00991C7E">
              <w:rPr>
                <w:rFonts w:ascii="Times New Roman" w:hAnsi="Times New Roman" w:cs="Times New Roman"/>
                <w:sz w:val="16"/>
              </w:rPr>
              <w:br/>
              <w:t>do: __.__.____ r.</w:t>
            </w:r>
            <w:r w:rsidRPr="00991C7E">
              <w:rPr>
                <w:rFonts w:ascii="Times New Roman" w:hAnsi="Times New Roman" w:cs="Times New Roman"/>
                <w:sz w:val="16"/>
              </w:rPr>
              <w:br/>
              <w:t>Łącznie co najmniej 4 miesiące: tak/nie*</w:t>
            </w:r>
          </w:p>
        </w:tc>
        <w:tc>
          <w:tcPr>
            <w:tcW w:w="3685" w:type="dxa"/>
            <w:tcMar>
              <w:top w:w="70" w:type="dxa"/>
              <w:left w:w="60" w:type="dxa"/>
              <w:bottom w:w="70" w:type="dxa"/>
              <w:right w:w="60" w:type="dxa"/>
            </w:tcMar>
          </w:tcPr>
          <w:p w:rsidR="001F3D6F" w:rsidRPr="00991C7E" w:rsidRDefault="00991C7E">
            <w:pPr>
              <w:rPr>
                <w:rFonts w:ascii="Times New Roman" w:hAnsi="Times New Roman" w:cs="Times New Roman"/>
              </w:rPr>
            </w:pPr>
            <w:r w:rsidRPr="00991C7E">
              <w:rPr>
                <w:rFonts w:ascii="Times New Roman" w:hAnsi="Times New Roman" w:cs="Times New Roman"/>
                <w:sz w:val="16"/>
              </w:rPr>
              <w:t>Nazwa: ...................................................................</w:t>
            </w:r>
            <w:r w:rsidRPr="00991C7E">
              <w:rPr>
                <w:rFonts w:ascii="Times New Roman" w:hAnsi="Times New Roman" w:cs="Times New Roman"/>
                <w:sz w:val="16"/>
              </w:rPr>
              <w:t>...........</w:t>
            </w:r>
            <w:r w:rsidRPr="00991C7E">
              <w:rPr>
                <w:rFonts w:ascii="Times New Roman" w:hAnsi="Times New Roman" w:cs="Times New Roman"/>
                <w:sz w:val="16"/>
              </w:rPr>
              <w:br/>
              <w:t>Adres: ...............................................................................</w:t>
            </w:r>
            <w:r w:rsidRPr="00991C7E">
              <w:rPr>
                <w:rFonts w:ascii="Times New Roman" w:hAnsi="Times New Roman" w:cs="Times New Roman"/>
                <w:sz w:val="16"/>
              </w:rPr>
              <w:br/>
              <w:t>Osoba do kontaktu / tel. lub e-mail (opcjonalnie): ................................</w:t>
            </w:r>
          </w:p>
        </w:tc>
      </w:tr>
      <w:tr w:rsidR="001F3D6F" w:rsidRPr="00991C7E">
        <w:trPr>
          <w:cantSplit/>
          <w:jc w:val="center"/>
        </w:trPr>
        <w:tc>
          <w:tcPr>
            <w:tcW w:w="567" w:type="dxa"/>
            <w:tcMar>
              <w:top w:w="70" w:type="dxa"/>
              <w:left w:w="60" w:type="dxa"/>
              <w:bottom w:w="70" w:type="dxa"/>
              <w:right w:w="60" w:type="dxa"/>
            </w:tcMar>
          </w:tcPr>
          <w:p w:rsidR="001F3D6F" w:rsidRPr="00991C7E" w:rsidRDefault="00991C7E">
            <w:pPr>
              <w:jc w:val="center"/>
              <w:rPr>
                <w:rFonts w:ascii="Times New Roman" w:hAnsi="Times New Roman" w:cs="Times New Roman"/>
              </w:rPr>
            </w:pPr>
            <w:r w:rsidRPr="00991C7E">
              <w:rPr>
                <w:rFonts w:ascii="Times New Roman" w:hAnsi="Times New Roman" w:cs="Times New Roman"/>
                <w:sz w:val="17"/>
              </w:rPr>
              <w:t>5.</w:t>
            </w:r>
          </w:p>
        </w:tc>
        <w:tc>
          <w:tcPr>
            <w:tcW w:w="3628" w:type="dxa"/>
            <w:tcMar>
              <w:top w:w="70" w:type="dxa"/>
              <w:left w:w="60" w:type="dxa"/>
              <w:bottom w:w="70" w:type="dxa"/>
              <w:right w:w="60" w:type="dxa"/>
            </w:tcMar>
          </w:tcPr>
          <w:p w:rsidR="001F3D6F" w:rsidRPr="00991C7E" w:rsidRDefault="00991C7E">
            <w:pPr>
              <w:rPr>
                <w:rFonts w:ascii="Times New Roman" w:hAnsi="Times New Roman" w:cs="Times New Roman"/>
              </w:rPr>
            </w:pPr>
            <w:r w:rsidRPr="00991C7E">
              <w:rPr>
                <w:rFonts w:ascii="Times New Roman" w:hAnsi="Times New Roman" w:cs="Times New Roman"/>
                <w:sz w:val="16"/>
              </w:rPr>
              <w:t>Nazwa zadania: ......................................................</w:t>
            </w:r>
            <w:r w:rsidRPr="00991C7E">
              <w:rPr>
                <w:rFonts w:ascii="Times New Roman" w:hAnsi="Times New Roman" w:cs="Times New Roman"/>
                <w:sz w:val="16"/>
              </w:rPr>
              <w:t>...........</w:t>
            </w:r>
            <w:r w:rsidRPr="00991C7E">
              <w:rPr>
                <w:rFonts w:ascii="Times New Roman" w:hAnsi="Times New Roman" w:cs="Times New Roman"/>
                <w:sz w:val="16"/>
              </w:rPr>
              <w:br/>
              <w:t>Lokalizacja: ........................................................................</w:t>
            </w:r>
            <w:r w:rsidRPr="00991C7E">
              <w:rPr>
                <w:rFonts w:ascii="Times New Roman" w:hAnsi="Times New Roman" w:cs="Times New Roman"/>
                <w:sz w:val="16"/>
              </w:rPr>
              <w:br/>
              <w:t>Budynek wpisany do rejestru zabytków: tak/nie*; nr rejestru/decyzji (jeżeli znany): ........................</w:t>
            </w:r>
          </w:p>
        </w:tc>
        <w:tc>
          <w:tcPr>
            <w:tcW w:w="4876" w:type="dxa"/>
            <w:tcMar>
              <w:top w:w="70" w:type="dxa"/>
              <w:left w:w="60" w:type="dxa"/>
              <w:bottom w:w="70" w:type="dxa"/>
              <w:right w:w="60" w:type="dxa"/>
            </w:tcMar>
          </w:tcPr>
          <w:p w:rsidR="001F3D6F" w:rsidRPr="00991C7E" w:rsidRDefault="00991C7E">
            <w:pPr>
              <w:rPr>
                <w:rFonts w:ascii="Times New Roman" w:hAnsi="Times New Roman" w:cs="Times New Roman"/>
              </w:rPr>
            </w:pPr>
            <w:r w:rsidRPr="00991C7E">
              <w:rPr>
                <w:rFonts w:ascii="Times New Roman" w:hAnsi="Times New Roman" w:cs="Times New Roman"/>
                <w:sz w:val="16"/>
              </w:rPr>
              <w:t>Wskazana osoba pełniła funkcję: kierownika budowy</w:t>
            </w:r>
            <w:r w:rsidRPr="00991C7E">
              <w:rPr>
                <w:rFonts w:ascii="Times New Roman" w:hAnsi="Times New Roman" w:cs="Times New Roman"/>
                <w:sz w:val="16"/>
              </w:rPr>
              <w:t xml:space="preserve"> / kierownika robót*</w:t>
            </w:r>
            <w:r w:rsidRPr="00991C7E">
              <w:rPr>
                <w:rFonts w:ascii="Times New Roman" w:hAnsi="Times New Roman" w:cs="Times New Roman"/>
                <w:sz w:val="16"/>
              </w:rPr>
              <w:br/>
              <w:t>Roboty polegały na: przebudowie / rozbudowie / remoncie*</w:t>
            </w:r>
            <w:r w:rsidRPr="00991C7E">
              <w:rPr>
                <w:rFonts w:ascii="Times New Roman" w:hAnsi="Times New Roman" w:cs="Times New Roman"/>
                <w:sz w:val="16"/>
              </w:rPr>
              <w:br/>
              <w:t>Zakres robót: ........................................................................................................</w:t>
            </w:r>
          </w:p>
        </w:tc>
        <w:tc>
          <w:tcPr>
            <w:tcW w:w="2494" w:type="dxa"/>
            <w:tcMar>
              <w:top w:w="70" w:type="dxa"/>
              <w:left w:w="60" w:type="dxa"/>
              <w:bottom w:w="70" w:type="dxa"/>
              <w:right w:w="60" w:type="dxa"/>
            </w:tcMar>
          </w:tcPr>
          <w:p w:rsidR="001F3D6F" w:rsidRPr="00991C7E" w:rsidRDefault="00991C7E">
            <w:pPr>
              <w:rPr>
                <w:rFonts w:ascii="Times New Roman" w:hAnsi="Times New Roman" w:cs="Times New Roman"/>
              </w:rPr>
            </w:pPr>
            <w:r w:rsidRPr="00991C7E">
              <w:rPr>
                <w:rFonts w:ascii="Times New Roman" w:hAnsi="Times New Roman" w:cs="Times New Roman"/>
                <w:sz w:val="16"/>
              </w:rPr>
              <w:t>od: __.__.____ r.</w:t>
            </w:r>
            <w:r w:rsidRPr="00991C7E">
              <w:rPr>
                <w:rFonts w:ascii="Times New Roman" w:hAnsi="Times New Roman" w:cs="Times New Roman"/>
                <w:sz w:val="16"/>
              </w:rPr>
              <w:br/>
              <w:t>do: __.__.____ r.</w:t>
            </w:r>
            <w:r w:rsidRPr="00991C7E">
              <w:rPr>
                <w:rFonts w:ascii="Times New Roman" w:hAnsi="Times New Roman" w:cs="Times New Roman"/>
                <w:sz w:val="16"/>
              </w:rPr>
              <w:br/>
              <w:t>Łącznie co najmniej 4 m</w:t>
            </w:r>
            <w:r w:rsidRPr="00991C7E">
              <w:rPr>
                <w:rFonts w:ascii="Times New Roman" w:hAnsi="Times New Roman" w:cs="Times New Roman"/>
                <w:sz w:val="16"/>
              </w:rPr>
              <w:t>iesiące: tak/nie*</w:t>
            </w:r>
          </w:p>
        </w:tc>
        <w:tc>
          <w:tcPr>
            <w:tcW w:w="3685" w:type="dxa"/>
            <w:tcMar>
              <w:top w:w="70" w:type="dxa"/>
              <w:left w:w="60" w:type="dxa"/>
              <w:bottom w:w="70" w:type="dxa"/>
              <w:right w:w="60" w:type="dxa"/>
            </w:tcMar>
          </w:tcPr>
          <w:p w:rsidR="001F3D6F" w:rsidRPr="00991C7E" w:rsidRDefault="00991C7E">
            <w:pPr>
              <w:rPr>
                <w:rFonts w:ascii="Times New Roman" w:hAnsi="Times New Roman" w:cs="Times New Roman"/>
              </w:rPr>
            </w:pPr>
            <w:r w:rsidRPr="00991C7E">
              <w:rPr>
                <w:rFonts w:ascii="Times New Roman" w:hAnsi="Times New Roman" w:cs="Times New Roman"/>
                <w:sz w:val="16"/>
              </w:rPr>
              <w:t>Nazwa: ..............................................................................</w:t>
            </w:r>
            <w:r w:rsidRPr="00991C7E">
              <w:rPr>
                <w:rFonts w:ascii="Times New Roman" w:hAnsi="Times New Roman" w:cs="Times New Roman"/>
                <w:sz w:val="16"/>
              </w:rPr>
              <w:br/>
              <w:t>Adres: ...............................................................................</w:t>
            </w:r>
            <w:r w:rsidRPr="00991C7E">
              <w:rPr>
                <w:rFonts w:ascii="Times New Roman" w:hAnsi="Times New Roman" w:cs="Times New Roman"/>
                <w:sz w:val="16"/>
              </w:rPr>
              <w:br/>
              <w:t>Osoba do kontaktu / tel. lub e-mail (opcjonalnie): ..............</w:t>
            </w:r>
            <w:r w:rsidRPr="00991C7E">
              <w:rPr>
                <w:rFonts w:ascii="Times New Roman" w:hAnsi="Times New Roman" w:cs="Times New Roman"/>
                <w:sz w:val="16"/>
              </w:rPr>
              <w:t>..................</w:t>
            </w:r>
          </w:p>
        </w:tc>
      </w:tr>
      <w:tr w:rsidR="001F3D6F" w:rsidRPr="00991C7E">
        <w:trPr>
          <w:cantSplit/>
          <w:jc w:val="center"/>
        </w:trPr>
        <w:tc>
          <w:tcPr>
            <w:tcW w:w="567" w:type="dxa"/>
            <w:tcMar>
              <w:top w:w="70" w:type="dxa"/>
              <w:left w:w="60" w:type="dxa"/>
              <w:bottom w:w="70" w:type="dxa"/>
              <w:right w:w="60" w:type="dxa"/>
            </w:tcMar>
          </w:tcPr>
          <w:p w:rsidR="001F3D6F" w:rsidRPr="00991C7E" w:rsidRDefault="00991C7E">
            <w:pPr>
              <w:jc w:val="center"/>
              <w:rPr>
                <w:rFonts w:ascii="Times New Roman" w:hAnsi="Times New Roman" w:cs="Times New Roman"/>
              </w:rPr>
            </w:pPr>
            <w:r w:rsidRPr="00991C7E">
              <w:rPr>
                <w:rFonts w:ascii="Times New Roman" w:hAnsi="Times New Roman" w:cs="Times New Roman"/>
                <w:sz w:val="17"/>
              </w:rPr>
              <w:t>6.</w:t>
            </w:r>
          </w:p>
        </w:tc>
        <w:tc>
          <w:tcPr>
            <w:tcW w:w="3628" w:type="dxa"/>
            <w:tcMar>
              <w:top w:w="70" w:type="dxa"/>
              <w:left w:w="60" w:type="dxa"/>
              <w:bottom w:w="70" w:type="dxa"/>
              <w:right w:w="60" w:type="dxa"/>
            </w:tcMar>
          </w:tcPr>
          <w:p w:rsidR="001F3D6F" w:rsidRPr="00991C7E" w:rsidRDefault="00991C7E">
            <w:pPr>
              <w:rPr>
                <w:rFonts w:ascii="Times New Roman" w:hAnsi="Times New Roman" w:cs="Times New Roman"/>
              </w:rPr>
            </w:pPr>
            <w:r w:rsidRPr="00991C7E">
              <w:rPr>
                <w:rFonts w:ascii="Times New Roman" w:hAnsi="Times New Roman" w:cs="Times New Roman"/>
                <w:sz w:val="16"/>
              </w:rPr>
              <w:t>Nazwa zadania: .................................................................</w:t>
            </w:r>
            <w:r w:rsidRPr="00991C7E">
              <w:rPr>
                <w:rFonts w:ascii="Times New Roman" w:hAnsi="Times New Roman" w:cs="Times New Roman"/>
                <w:sz w:val="16"/>
              </w:rPr>
              <w:br/>
              <w:t>Lokalizacja: ........................................................................</w:t>
            </w:r>
            <w:r w:rsidRPr="00991C7E">
              <w:rPr>
                <w:rFonts w:ascii="Times New Roman" w:hAnsi="Times New Roman" w:cs="Times New Roman"/>
                <w:sz w:val="16"/>
              </w:rPr>
              <w:br/>
              <w:t>Budynek wpisany do rejestru zabytków: tak/nie*; nr rejestru/decyzj</w:t>
            </w:r>
            <w:r w:rsidRPr="00991C7E">
              <w:rPr>
                <w:rFonts w:ascii="Times New Roman" w:hAnsi="Times New Roman" w:cs="Times New Roman"/>
                <w:sz w:val="16"/>
              </w:rPr>
              <w:t>i (jeżeli znany): ........................</w:t>
            </w:r>
          </w:p>
        </w:tc>
        <w:tc>
          <w:tcPr>
            <w:tcW w:w="4876" w:type="dxa"/>
            <w:tcMar>
              <w:top w:w="70" w:type="dxa"/>
              <w:left w:w="60" w:type="dxa"/>
              <w:bottom w:w="70" w:type="dxa"/>
              <w:right w:w="60" w:type="dxa"/>
            </w:tcMar>
          </w:tcPr>
          <w:p w:rsidR="001F3D6F" w:rsidRPr="00991C7E" w:rsidRDefault="00991C7E">
            <w:pPr>
              <w:rPr>
                <w:rFonts w:ascii="Times New Roman" w:hAnsi="Times New Roman" w:cs="Times New Roman"/>
              </w:rPr>
            </w:pPr>
            <w:r w:rsidRPr="00991C7E">
              <w:rPr>
                <w:rFonts w:ascii="Times New Roman" w:hAnsi="Times New Roman" w:cs="Times New Roman"/>
                <w:sz w:val="16"/>
              </w:rPr>
              <w:t>Wskazana osoba pełniła funkcję: kierownika budowy / kierownika robót*</w:t>
            </w:r>
            <w:r w:rsidRPr="00991C7E">
              <w:rPr>
                <w:rFonts w:ascii="Times New Roman" w:hAnsi="Times New Roman" w:cs="Times New Roman"/>
                <w:sz w:val="16"/>
              </w:rPr>
              <w:br/>
              <w:t>Roboty polegały na: przebudowie / rozbudowie / remoncie*</w:t>
            </w:r>
            <w:r w:rsidRPr="00991C7E">
              <w:rPr>
                <w:rFonts w:ascii="Times New Roman" w:hAnsi="Times New Roman" w:cs="Times New Roman"/>
                <w:sz w:val="16"/>
              </w:rPr>
              <w:br/>
              <w:t>Zakres robót: ........................................................................</w:t>
            </w:r>
            <w:r w:rsidRPr="00991C7E">
              <w:rPr>
                <w:rFonts w:ascii="Times New Roman" w:hAnsi="Times New Roman" w:cs="Times New Roman"/>
                <w:sz w:val="16"/>
              </w:rPr>
              <w:t>................................</w:t>
            </w:r>
          </w:p>
        </w:tc>
        <w:tc>
          <w:tcPr>
            <w:tcW w:w="2494" w:type="dxa"/>
            <w:tcMar>
              <w:top w:w="70" w:type="dxa"/>
              <w:left w:w="60" w:type="dxa"/>
              <w:bottom w:w="70" w:type="dxa"/>
              <w:right w:w="60" w:type="dxa"/>
            </w:tcMar>
          </w:tcPr>
          <w:p w:rsidR="001F3D6F" w:rsidRPr="00991C7E" w:rsidRDefault="00991C7E">
            <w:pPr>
              <w:rPr>
                <w:rFonts w:ascii="Times New Roman" w:hAnsi="Times New Roman" w:cs="Times New Roman"/>
              </w:rPr>
            </w:pPr>
            <w:r w:rsidRPr="00991C7E">
              <w:rPr>
                <w:rFonts w:ascii="Times New Roman" w:hAnsi="Times New Roman" w:cs="Times New Roman"/>
                <w:sz w:val="16"/>
              </w:rPr>
              <w:t>od: __.__.____ r.</w:t>
            </w:r>
            <w:r w:rsidRPr="00991C7E">
              <w:rPr>
                <w:rFonts w:ascii="Times New Roman" w:hAnsi="Times New Roman" w:cs="Times New Roman"/>
                <w:sz w:val="16"/>
              </w:rPr>
              <w:br/>
              <w:t>do: __.__.____ r.</w:t>
            </w:r>
            <w:r w:rsidRPr="00991C7E">
              <w:rPr>
                <w:rFonts w:ascii="Times New Roman" w:hAnsi="Times New Roman" w:cs="Times New Roman"/>
                <w:sz w:val="16"/>
              </w:rPr>
              <w:br/>
              <w:t>Łącznie co najmniej 4 miesiące: tak/nie*</w:t>
            </w:r>
          </w:p>
        </w:tc>
        <w:tc>
          <w:tcPr>
            <w:tcW w:w="3685" w:type="dxa"/>
            <w:tcMar>
              <w:top w:w="70" w:type="dxa"/>
              <w:left w:w="60" w:type="dxa"/>
              <w:bottom w:w="70" w:type="dxa"/>
              <w:right w:w="60" w:type="dxa"/>
            </w:tcMar>
          </w:tcPr>
          <w:p w:rsidR="001F3D6F" w:rsidRPr="00991C7E" w:rsidRDefault="00991C7E">
            <w:pPr>
              <w:rPr>
                <w:rFonts w:ascii="Times New Roman" w:hAnsi="Times New Roman" w:cs="Times New Roman"/>
              </w:rPr>
            </w:pPr>
            <w:r w:rsidRPr="00991C7E">
              <w:rPr>
                <w:rFonts w:ascii="Times New Roman" w:hAnsi="Times New Roman" w:cs="Times New Roman"/>
                <w:sz w:val="16"/>
              </w:rPr>
              <w:t>Nazwa: ..............................................................................</w:t>
            </w:r>
            <w:r w:rsidRPr="00991C7E">
              <w:rPr>
                <w:rFonts w:ascii="Times New Roman" w:hAnsi="Times New Roman" w:cs="Times New Roman"/>
                <w:sz w:val="16"/>
              </w:rPr>
              <w:br/>
              <w:t>Adres: .....................................................</w:t>
            </w:r>
            <w:r w:rsidRPr="00991C7E">
              <w:rPr>
                <w:rFonts w:ascii="Times New Roman" w:hAnsi="Times New Roman" w:cs="Times New Roman"/>
                <w:sz w:val="16"/>
              </w:rPr>
              <w:t>..........................</w:t>
            </w:r>
            <w:r w:rsidRPr="00991C7E">
              <w:rPr>
                <w:rFonts w:ascii="Times New Roman" w:hAnsi="Times New Roman" w:cs="Times New Roman"/>
                <w:sz w:val="16"/>
              </w:rPr>
              <w:br/>
              <w:t>Osoba do kontaktu / tel. lub e-mail (opcjonalnie): ................................</w:t>
            </w:r>
          </w:p>
        </w:tc>
      </w:tr>
      <w:tr w:rsidR="001F3D6F" w:rsidRPr="00991C7E">
        <w:trPr>
          <w:cantSplit/>
          <w:jc w:val="center"/>
        </w:trPr>
        <w:tc>
          <w:tcPr>
            <w:tcW w:w="567" w:type="dxa"/>
            <w:tcMar>
              <w:top w:w="70" w:type="dxa"/>
              <w:left w:w="60" w:type="dxa"/>
              <w:bottom w:w="70" w:type="dxa"/>
              <w:right w:w="60" w:type="dxa"/>
            </w:tcMar>
          </w:tcPr>
          <w:p w:rsidR="001F3D6F" w:rsidRPr="00991C7E" w:rsidRDefault="00991C7E">
            <w:pPr>
              <w:jc w:val="center"/>
              <w:rPr>
                <w:rFonts w:ascii="Times New Roman" w:hAnsi="Times New Roman" w:cs="Times New Roman"/>
              </w:rPr>
            </w:pPr>
            <w:r w:rsidRPr="00991C7E">
              <w:rPr>
                <w:rFonts w:ascii="Times New Roman" w:hAnsi="Times New Roman" w:cs="Times New Roman"/>
                <w:sz w:val="17"/>
              </w:rPr>
              <w:t>7.</w:t>
            </w:r>
          </w:p>
        </w:tc>
        <w:tc>
          <w:tcPr>
            <w:tcW w:w="3628" w:type="dxa"/>
            <w:tcMar>
              <w:top w:w="70" w:type="dxa"/>
              <w:left w:w="60" w:type="dxa"/>
              <w:bottom w:w="70" w:type="dxa"/>
              <w:right w:w="60" w:type="dxa"/>
            </w:tcMar>
          </w:tcPr>
          <w:p w:rsidR="001F3D6F" w:rsidRPr="00991C7E" w:rsidRDefault="00991C7E">
            <w:pPr>
              <w:rPr>
                <w:rFonts w:ascii="Times New Roman" w:hAnsi="Times New Roman" w:cs="Times New Roman"/>
              </w:rPr>
            </w:pPr>
            <w:r w:rsidRPr="00991C7E">
              <w:rPr>
                <w:rFonts w:ascii="Times New Roman" w:hAnsi="Times New Roman" w:cs="Times New Roman"/>
                <w:sz w:val="16"/>
              </w:rPr>
              <w:t>Nazwa zadania: .................................................................</w:t>
            </w:r>
            <w:r w:rsidRPr="00991C7E">
              <w:rPr>
                <w:rFonts w:ascii="Times New Roman" w:hAnsi="Times New Roman" w:cs="Times New Roman"/>
                <w:sz w:val="16"/>
              </w:rPr>
              <w:br/>
              <w:t xml:space="preserve">Lokalizacja: </w:t>
            </w:r>
            <w:r w:rsidRPr="00991C7E">
              <w:rPr>
                <w:rFonts w:ascii="Times New Roman" w:hAnsi="Times New Roman" w:cs="Times New Roman"/>
                <w:sz w:val="16"/>
              </w:rPr>
              <w:t>........................................................................</w:t>
            </w:r>
            <w:r w:rsidRPr="00991C7E">
              <w:rPr>
                <w:rFonts w:ascii="Times New Roman" w:hAnsi="Times New Roman" w:cs="Times New Roman"/>
                <w:sz w:val="16"/>
              </w:rPr>
              <w:br/>
              <w:t>Budynek wpisany do rejestru zabytków: tak/nie*; nr rejestru/decyzji (jeżeli znany): ........................</w:t>
            </w:r>
          </w:p>
        </w:tc>
        <w:tc>
          <w:tcPr>
            <w:tcW w:w="4876" w:type="dxa"/>
            <w:tcMar>
              <w:top w:w="70" w:type="dxa"/>
              <w:left w:w="60" w:type="dxa"/>
              <w:bottom w:w="70" w:type="dxa"/>
              <w:right w:w="60" w:type="dxa"/>
            </w:tcMar>
          </w:tcPr>
          <w:p w:rsidR="001F3D6F" w:rsidRPr="00991C7E" w:rsidRDefault="00991C7E">
            <w:pPr>
              <w:rPr>
                <w:rFonts w:ascii="Times New Roman" w:hAnsi="Times New Roman" w:cs="Times New Roman"/>
              </w:rPr>
            </w:pPr>
            <w:r w:rsidRPr="00991C7E">
              <w:rPr>
                <w:rFonts w:ascii="Times New Roman" w:hAnsi="Times New Roman" w:cs="Times New Roman"/>
                <w:sz w:val="16"/>
              </w:rPr>
              <w:t>Wskazana osoba pełniła funkcję: kierownika budowy / kierownika robót*</w:t>
            </w:r>
            <w:r w:rsidRPr="00991C7E">
              <w:rPr>
                <w:rFonts w:ascii="Times New Roman" w:hAnsi="Times New Roman" w:cs="Times New Roman"/>
                <w:sz w:val="16"/>
              </w:rPr>
              <w:br/>
              <w:t>Robo</w:t>
            </w:r>
            <w:r w:rsidRPr="00991C7E">
              <w:rPr>
                <w:rFonts w:ascii="Times New Roman" w:hAnsi="Times New Roman" w:cs="Times New Roman"/>
                <w:sz w:val="16"/>
              </w:rPr>
              <w:t>ty polegały na: przebudowie / rozbudowie / remoncie*</w:t>
            </w:r>
            <w:r w:rsidRPr="00991C7E">
              <w:rPr>
                <w:rFonts w:ascii="Times New Roman" w:hAnsi="Times New Roman" w:cs="Times New Roman"/>
                <w:sz w:val="16"/>
              </w:rPr>
              <w:br/>
              <w:t>Zakres robót: ........................................................................................................</w:t>
            </w:r>
          </w:p>
        </w:tc>
        <w:tc>
          <w:tcPr>
            <w:tcW w:w="2494" w:type="dxa"/>
            <w:tcMar>
              <w:top w:w="70" w:type="dxa"/>
              <w:left w:w="60" w:type="dxa"/>
              <w:bottom w:w="70" w:type="dxa"/>
              <w:right w:w="60" w:type="dxa"/>
            </w:tcMar>
          </w:tcPr>
          <w:p w:rsidR="001F3D6F" w:rsidRPr="00991C7E" w:rsidRDefault="00991C7E">
            <w:pPr>
              <w:rPr>
                <w:rFonts w:ascii="Times New Roman" w:hAnsi="Times New Roman" w:cs="Times New Roman"/>
              </w:rPr>
            </w:pPr>
            <w:r w:rsidRPr="00991C7E">
              <w:rPr>
                <w:rFonts w:ascii="Times New Roman" w:hAnsi="Times New Roman" w:cs="Times New Roman"/>
                <w:sz w:val="16"/>
              </w:rPr>
              <w:t>od: __.__.____ r.</w:t>
            </w:r>
            <w:r w:rsidRPr="00991C7E">
              <w:rPr>
                <w:rFonts w:ascii="Times New Roman" w:hAnsi="Times New Roman" w:cs="Times New Roman"/>
                <w:sz w:val="16"/>
              </w:rPr>
              <w:br/>
              <w:t>do: __.__.____ r.</w:t>
            </w:r>
            <w:r w:rsidRPr="00991C7E">
              <w:rPr>
                <w:rFonts w:ascii="Times New Roman" w:hAnsi="Times New Roman" w:cs="Times New Roman"/>
                <w:sz w:val="16"/>
              </w:rPr>
              <w:br/>
              <w:t>Łącznie co najmniej 4 miesiące: tak/nie*</w:t>
            </w:r>
          </w:p>
        </w:tc>
        <w:tc>
          <w:tcPr>
            <w:tcW w:w="3685" w:type="dxa"/>
            <w:tcMar>
              <w:top w:w="70" w:type="dxa"/>
              <w:left w:w="60" w:type="dxa"/>
              <w:bottom w:w="70" w:type="dxa"/>
              <w:right w:w="60" w:type="dxa"/>
            </w:tcMar>
          </w:tcPr>
          <w:p w:rsidR="001F3D6F" w:rsidRPr="00991C7E" w:rsidRDefault="00991C7E">
            <w:pPr>
              <w:rPr>
                <w:rFonts w:ascii="Times New Roman" w:hAnsi="Times New Roman" w:cs="Times New Roman"/>
              </w:rPr>
            </w:pPr>
            <w:r w:rsidRPr="00991C7E">
              <w:rPr>
                <w:rFonts w:ascii="Times New Roman" w:hAnsi="Times New Roman" w:cs="Times New Roman"/>
                <w:sz w:val="16"/>
              </w:rPr>
              <w:t xml:space="preserve">Nazwa: </w:t>
            </w:r>
            <w:r w:rsidRPr="00991C7E">
              <w:rPr>
                <w:rFonts w:ascii="Times New Roman" w:hAnsi="Times New Roman" w:cs="Times New Roman"/>
                <w:sz w:val="16"/>
              </w:rPr>
              <w:t>..............................................................................</w:t>
            </w:r>
            <w:r w:rsidRPr="00991C7E">
              <w:rPr>
                <w:rFonts w:ascii="Times New Roman" w:hAnsi="Times New Roman" w:cs="Times New Roman"/>
                <w:sz w:val="16"/>
              </w:rPr>
              <w:br/>
              <w:t>Adres: ...............................................................................</w:t>
            </w:r>
            <w:r w:rsidRPr="00991C7E">
              <w:rPr>
                <w:rFonts w:ascii="Times New Roman" w:hAnsi="Times New Roman" w:cs="Times New Roman"/>
                <w:sz w:val="16"/>
              </w:rPr>
              <w:br/>
              <w:t>Osoba do kontaktu / tel. lub e-mail (opcjonalnie): ................................</w:t>
            </w:r>
          </w:p>
        </w:tc>
      </w:tr>
    </w:tbl>
    <w:p w:rsidR="001F3D6F" w:rsidRPr="00991C7E" w:rsidRDefault="00991C7E">
      <w:pPr>
        <w:spacing w:before="120" w:after="60"/>
        <w:rPr>
          <w:rFonts w:ascii="Times New Roman" w:hAnsi="Times New Roman" w:cs="Times New Roman"/>
          <w:sz w:val="22"/>
        </w:rPr>
      </w:pPr>
      <w:r w:rsidRPr="00991C7E">
        <w:rPr>
          <w:rFonts w:ascii="Times New Roman" w:hAnsi="Times New Roman" w:cs="Times New Roman"/>
          <w:b/>
          <w:sz w:val="22"/>
        </w:rPr>
        <w:t>Punkt</w:t>
      </w:r>
      <w:r w:rsidRPr="00991C7E">
        <w:rPr>
          <w:rFonts w:ascii="Times New Roman" w:hAnsi="Times New Roman" w:cs="Times New Roman"/>
          <w:b/>
          <w:sz w:val="22"/>
        </w:rPr>
        <w:t xml:space="preserve">acja w kryterium: </w:t>
      </w:r>
      <w:r w:rsidRPr="00991C7E">
        <w:rPr>
          <w:rFonts w:ascii="Times New Roman" w:hAnsi="Times New Roman" w:cs="Times New Roman"/>
          <w:sz w:val="22"/>
        </w:rPr>
        <w:t>1 robota - 0 pkt; 2 roboty - 5 pkt; 3 roboty - 10 pkt; 4 roboty - 15 pkt; 5 robót - 20 pkt; 6 robót - 25 pkt; 7 robót lub więcej - 30 pkt.</w:t>
      </w:r>
    </w:p>
    <w:p w:rsidR="001F3D6F" w:rsidRPr="00991C7E" w:rsidRDefault="00991C7E">
      <w:pPr>
        <w:spacing w:after="40" w:line="240" w:lineRule="auto"/>
        <w:rPr>
          <w:rFonts w:ascii="Times New Roman" w:hAnsi="Times New Roman" w:cs="Times New Roman"/>
          <w:sz w:val="22"/>
        </w:rPr>
      </w:pPr>
      <w:r w:rsidRPr="00991C7E">
        <w:rPr>
          <w:rFonts w:ascii="Times New Roman" w:hAnsi="Times New Roman" w:cs="Times New Roman"/>
          <w:sz w:val="22"/>
        </w:rPr>
        <w:t>* Niepotrzebne skreślić.</w:t>
      </w:r>
    </w:p>
    <w:p w:rsidR="001F3D6F" w:rsidRPr="00991C7E" w:rsidRDefault="00991C7E">
      <w:pPr>
        <w:spacing w:after="40" w:line="240" w:lineRule="auto"/>
        <w:rPr>
          <w:rFonts w:ascii="Times New Roman" w:hAnsi="Times New Roman" w:cs="Times New Roman"/>
          <w:sz w:val="22"/>
        </w:rPr>
      </w:pPr>
      <w:r w:rsidRPr="00991C7E">
        <w:rPr>
          <w:rFonts w:ascii="Times New Roman" w:hAnsi="Times New Roman" w:cs="Times New Roman"/>
          <w:sz w:val="22"/>
        </w:rPr>
        <w:t>W przypadku wykazania większej liczby zadań Wykonawca może powielić tabelę</w:t>
      </w:r>
      <w:r w:rsidRPr="00991C7E">
        <w:rPr>
          <w:rFonts w:ascii="Times New Roman" w:hAnsi="Times New Roman" w:cs="Times New Roman"/>
          <w:sz w:val="22"/>
        </w:rPr>
        <w:t xml:space="preserve"> lub dołączyć kolejną tabelę zawierającą ten sam zakres informacji.</w:t>
      </w:r>
    </w:p>
    <w:p w:rsidR="001F3D6F" w:rsidRPr="00991C7E" w:rsidRDefault="00991C7E" w:rsidP="00991C7E">
      <w:pPr>
        <w:spacing w:after="40" w:line="240" w:lineRule="auto"/>
        <w:jc w:val="both"/>
        <w:rPr>
          <w:rFonts w:ascii="Times New Roman" w:hAnsi="Times New Roman" w:cs="Times New Roman"/>
          <w:sz w:val="22"/>
          <w:lang w:val="pl-PL"/>
        </w:rPr>
      </w:pPr>
      <w:r w:rsidRPr="00991C7E">
        <w:rPr>
          <w:rFonts w:ascii="Times New Roman" w:hAnsi="Times New Roman" w:cs="Times New Roman"/>
          <w:b/>
          <w:sz w:val="22"/>
          <w:lang w:val="pl-PL"/>
        </w:rPr>
        <w:lastRenderedPageBreak/>
        <w:t>UWAGA:</w:t>
      </w:r>
      <w:r w:rsidRPr="00991C7E">
        <w:rPr>
          <w:rFonts w:ascii="Times New Roman" w:hAnsi="Times New Roman" w:cs="Times New Roman"/>
          <w:sz w:val="22"/>
          <w:lang w:val="pl-PL"/>
        </w:rPr>
        <w:t xml:space="preserve"> Zamawiający informuje, że niniejszy formularz nie stanowi dokumentu składanego w celu potwierdzenia spełniania warunków udziału </w:t>
      </w:r>
      <w:r w:rsidRPr="00991C7E">
        <w:rPr>
          <w:rFonts w:ascii="Times New Roman" w:hAnsi="Times New Roman" w:cs="Times New Roman"/>
          <w:sz w:val="22"/>
          <w:lang w:val="pl-PL"/>
        </w:rPr>
        <w:br/>
      </w:r>
      <w:r w:rsidRPr="00991C7E">
        <w:rPr>
          <w:rFonts w:ascii="Times New Roman" w:hAnsi="Times New Roman" w:cs="Times New Roman"/>
          <w:sz w:val="22"/>
          <w:lang w:val="pl-PL"/>
        </w:rPr>
        <w:t xml:space="preserve">w postępowaniu, a tym samym nie stosuje się do niego </w:t>
      </w:r>
      <w:r w:rsidRPr="00991C7E">
        <w:rPr>
          <w:rFonts w:ascii="Times New Roman" w:hAnsi="Times New Roman" w:cs="Times New Roman"/>
          <w:sz w:val="22"/>
          <w:lang w:val="pl-PL"/>
        </w:rPr>
        <w:t xml:space="preserve">art. 274 ust. 1 ani art. 128 ust. 1 ustawy </w:t>
      </w:r>
      <w:proofErr w:type="spellStart"/>
      <w:r w:rsidRPr="00991C7E">
        <w:rPr>
          <w:rFonts w:ascii="Times New Roman" w:hAnsi="Times New Roman" w:cs="Times New Roman"/>
          <w:sz w:val="22"/>
          <w:lang w:val="pl-PL"/>
        </w:rPr>
        <w:t>Pzp</w:t>
      </w:r>
      <w:proofErr w:type="spellEnd"/>
      <w:r w:rsidRPr="00991C7E">
        <w:rPr>
          <w:rFonts w:ascii="Times New Roman" w:hAnsi="Times New Roman" w:cs="Times New Roman"/>
          <w:sz w:val="22"/>
          <w:lang w:val="pl-PL"/>
        </w:rPr>
        <w:t xml:space="preserve"> w zakresie uzupełniania danych mających wpływ na ocenę oferty w kryterium.</w:t>
      </w:r>
    </w:p>
    <w:p w:rsidR="001F3D6F" w:rsidRPr="00991C7E" w:rsidRDefault="00991C7E" w:rsidP="00991C7E">
      <w:pPr>
        <w:spacing w:after="40" w:line="240" w:lineRule="auto"/>
        <w:jc w:val="both"/>
        <w:rPr>
          <w:rFonts w:ascii="Times New Roman" w:hAnsi="Times New Roman" w:cs="Times New Roman"/>
          <w:sz w:val="22"/>
          <w:lang w:val="pl-PL"/>
        </w:rPr>
      </w:pPr>
      <w:r w:rsidRPr="00991C7E">
        <w:rPr>
          <w:rFonts w:ascii="Times New Roman" w:hAnsi="Times New Roman" w:cs="Times New Roman"/>
          <w:sz w:val="22"/>
          <w:lang w:val="pl-PL"/>
        </w:rPr>
        <w:t>Brak złożenia formularza wraz z ofertą, niewskazanie osoby albo brak wskazania danych pozwalających na ocenę doświadczenia skutkuje pr</w:t>
      </w:r>
      <w:r w:rsidRPr="00991C7E">
        <w:rPr>
          <w:rFonts w:ascii="Times New Roman" w:hAnsi="Times New Roman" w:cs="Times New Roman"/>
          <w:sz w:val="22"/>
          <w:lang w:val="pl-PL"/>
        </w:rPr>
        <w:t xml:space="preserve">zyznaniem 0 pkt </w:t>
      </w:r>
      <w:r w:rsidRPr="00991C7E">
        <w:rPr>
          <w:rFonts w:ascii="Times New Roman" w:hAnsi="Times New Roman" w:cs="Times New Roman"/>
          <w:sz w:val="22"/>
          <w:lang w:val="pl-PL"/>
        </w:rPr>
        <w:br/>
      </w:r>
      <w:r w:rsidRPr="00991C7E">
        <w:rPr>
          <w:rFonts w:ascii="Times New Roman" w:hAnsi="Times New Roman" w:cs="Times New Roman"/>
          <w:sz w:val="22"/>
          <w:lang w:val="pl-PL"/>
        </w:rPr>
        <w:t>w kryterium "Doświadczenie osoby wskazanej do pełnienia funkcji kierownika budowy".</w:t>
      </w:r>
    </w:p>
    <w:p w:rsidR="001F3D6F" w:rsidRPr="00991C7E" w:rsidRDefault="00991C7E" w:rsidP="00991C7E">
      <w:pPr>
        <w:spacing w:after="40" w:line="240" w:lineRule="auto"/>
        <w:jc w:val="both"/>
        <w:rPr>
          <w:rFonts w:ascii="Times New Roman" w:hAnsi="Times New Roman" w:cs="Times New Roman"/>
          <w:sz w:val="22"/>
          <w:lang w:val="pl-PL"/>
        </w:rPr>
      </w:pPr>
      <w:r w:rsidRPr="00991C7E">
        <w:rPr>
          <w:rFonts w:ascii="Times New Roman" w:hAnsi="Times New Roman" w:cs="Times New Roman"/>
          <w:sz w:val="22"/>
          <w:lang w:val="pl-PL"/>
        </w:rPr>
        <w:t>Osoba wskazana w niniejszym formularzu musi być tą samą osobą, którą Wykonawca wskazuje do pełnienia funkcji Kierownika Budowy przy realizacji zamówienia.</w:t>
      </w:r>
    </w:p>
    <w:p w:rsidR="001F3D6F" w:rsidRPr="00991C7E" w:rsidRDefault="00991C7E">
      <w:pPr>
        <w:spacing w:before="240" w:after="20"/>
        <w:jc w:val="right"/>
        <w:rPr>
          <w:rFonts w:ascii="Times New Roman" w:hAnsi="Times New Roman" w:cs="Times New Roman"/>
        </w:rPr>
      </w:pPr>
      <w:r w:rsidRPr="00991C7E">
        <w:rPr>
          <w:rFonts w:ascii="Times New Roman" w:hAnsi="Times New Roman" w:cs="Times New Roman"/>
        </w:rPr>
        <w:t>Miejscowość, data: ........................................</w:t>
      </w:r>
    </w:p>
    <w:p w:rsidR="001F3D6F" w:rsidRPr="00991C7E" w:rsidRDefault="00991C7E">
      <w:pPr>
        <w:spacing w:after="0"/>
        <w:jc w:val="right"/>
        <w:rPr>
          <w:rFonts w:ascii="Times New Roman" w:hAnsi="Times New Roman" w:cs="Times New Roman"/>
        </w:rPr>
      </w:pPr>
      <w:r w:rsidRPr="00991C7E">
        <w:rPr>
          <w:rFonts w:ascii="Times New Roman" w:hAnsi="Times New Roman" w:cs="Times New Roman"/>
          <w:sz w:val="17"/>
        </w:rPr>
        <w:t>podpis kwalifikowany, podpis zaufany albo podpis osobisty</w:t>
      </w:r>
      <w:r w:rsidRPr="00991C7E">
        <w:rPr>
          <w:rFonts w:ascii="Times New Roman" w:hAnsi="Times New Roman" w:cs="Times New Roman"/>
          <w:sz w:val="17"/>
        </w:rPr>
        <w:br/>
        <w:t>osoby/osób uprawnionej/-ych do reprezentacji Wykonawcy</w:t>
      </w:r>
    </w:p>
    <w:sectPr w:rsidR="001F3D6F" w:rsidRPr="00991C7E" w:rsidSect="00034616">
      <w:headerReference w:type="default" r:id="rId8"/>
      <w:pgSz w:w="15840" w:h="12240" w:orient="landscape"/>
      <w:pgMar w:top="680" w:right="737" w:bottom="680" w:left="73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991C7E">
      <w:pPr>
        <w:spacing w:after="0" w:line="240" w:lineRule="auto"/>
      </w:pPr>
      <w:r>
        <w:separator/>
      </w:r>
    </w:p>
  </w:endnote>
  <w:endnote w:type="continuationSeparator" w:id="0">
    <w:p w:rsidR="00000000" w:rsidRDefault="00991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991C7E">
      <w:pPr>
        <w:spacing w:after="0" w:line="240" w:lineRule="auto"/>
      </w:pPr>
      <w:r>
        <w:separator/>
      </w:r>
    </w:p>
  </w:footnote>
  <w:footnote w:type="continuationSeparator" w:id="0">
    <w:p w:rsidR="00000000" w:rsidRDefault="00991C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3D6F" w:rsidRDefault="00991C7E">
    <w:pPr>
      <w:pStyle w:val="Nagwek"/>
    </w:pPr>
    <w:r>
      <w:rPr>
        <w:sz w:val="18"/>
      </w:rPr>
      <w:t>MJM-ZP-26-1-R</w:t>
    </w:r>
    <w:r>
      <w:rPr>
        <w:sz w:val="18"/>
      </w:rPr>
      <w:t>B-2026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F3D6F"/>
    <w:rsid w:val="0029639D"/>
    <w:rsid w:val="00326F90"/>
    <w:rsid w:val="00991C7E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2D6D9F"/>
  <w14:defaultImageDpi w14:val="300"/>
  <w15:docId w15:val="{8368208A-041D-4AFB-A4DB-9A420CF1D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693F"/>
    <w:rPr>
      <w:rFonts w:ascii="Calibri" w:hAnsi="Calibri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5C48DB1-DA86-4D9F-824B-2918A0770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1421</Words>
  <Characters>8526</Characters>
  <Application>Microsoft Office Word</Application>
  <DocSecurity>0</DocSecurity>
  <Lines>71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9928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Barwicka</dc:creator>
  <cp:keywords/>
  <cp:lastModifiedBy>Marzena Barwicka</cp:lastModifiedBy>
  <cp:revision>2</cp:revision>
  <dcterms:created xsi:type="dcterms:W3CDTF">2013-12-23T23:15:00Z</dcterms:created>
  <dcterms:modified xsi:type="dcterms:W3CDTF">2026-06-22T08:13:00Z</dcterms:modified>
  <cp:category/>
</cp:coreProperties>
</file>