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41B" w:rsidRPr="008B6815" w:rsidRDefault="008B6815">
      <w:pPr>
        <w:spacing w:after="160" w:line="240" w:lineRule="auto"/>
        <w:jc w:val="right"/>
        <w:rPr>
          <w:rFonts w:ascii="Times New Roman" w:hAnsi="Times New Roman" w:cs="Times New Roman"/>
        </w:rPr>
      </w:pPr>
      <w:r w:rsidRPr="008B6815">
        <w:rPr>
          <w:rFonts w:ascii="Times New Roman" w:hAnsi="Times New Roman" w:cs="Times New Roman"/>
          <w:b/>
        </w:rPr>
        <w:t>Załącznik nr 3 do SWZ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4706"/>
      </w:tblGrid>
      <w:tr w:rsidR="0074241B" w:rsidRPr="008B6815">
        <w:trPr>
          <w:jc w:val="center"/>
        </w:trPr>
        <w:tc>
          <w:tcPr>
            <w:tcW w:w="470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4241B" w:rsidRPr="008B6815" w:rsidRDefault="008B6815">
            <w:pPr>
              <w:rPr>
                <w:rFonts w:ascii="Times New Roman" w:hAnsi="Times New Roman" w:cs="Times New Roman"/>
                <w:sz w:val="22"/>
              </w:rPr>
            </w:pPr>
            <w:r w:rsidRPr="008B6815">
              <w:rPr>
                <w:rFonts w:ascii="Times New Roman" w:hAnsi="Times New Roman" w:cs="Times New Roman"/>
                <w:b/>
                <w:sz w:val="22"/>
              </w:rPr>
              <w:t>Zamawiający:</w:t>
            </w:r>
            <w:r w:rsidRPr="008B6815">
              <w:rPr>
                <w:rFonts w:ascii="Times New Roman" w:hAnsi="Times New Roman" w:cs="Times New Roman"/>
                <w:b/>
                <w:sz w:val="22"/>
              </w:rPr>
              <w:br/>
            </w:r>
            <w:r w:rsidRPr="008B6815">
              <w:rPr>
                <w:rFonts w:ascii="Times New Roman" w:hAnsi="Times New Roman" w:cs="Times New Roman"/>
                <w:sz w:val="22"/>
              </w:rPr>
              <w:t>Muzeum im. Jacka Malczewskiego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26-600 Radom, Rynek 11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tel.: (48) 36-243-29, fax: (48) 362-34-81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e-mail: malczewski@muzeum.edu.pl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strona internetowa: www.muzeum.edu.pl</w:t>
            </w:r>
          </w:p>
        </w:tc>
        <w:tc>
          <w:tcPr>
            <w:tcW w:w="470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4241B" w:rsidRPr="008B6815" w:rsidRDefault="008B6815">
            <w:pPr>
              <w:rPr>
                <w:rFonts w:ascii="Times New Roman" w:hAnsi="Times New Roman" w:cs="Times New Roman"/>
                <w:sz w:val="22"/>
              </w:rPr>
            </w:pPr>
            <w:r w:rsidRPr="008B6815">
              <w:rPr>
                <w:rFonts w:ascii="Times New Roman" w:hAnsi="Times New Roman" w:cs="Times New Roman"/>
                <w:b/>
                <w:sz w:val="22"/>
              </w:rPr>
              <w:t>Wykonawca:</w:t>
            </w:r>
            <w:r w:rsidRPr="008B6815">
              <w:rPr>
                <w:rFonts w:ascii="Times New Roman" w:hAnsi="Times New Roman" w:cs="Times New Roman"/>
                <w:b/>
                <w:sz w:val="22"/>
              </w:rPr>
              <w:br/>
            </w:r>
            <w:r w:rsidRPr="008B6815">
              <w:rPr>
                <w:rFonts w:ascii="Times New Roman" w:hAnsi="Times New Roman" w:cs="Times New Roman"/>
                <w:sz w:val="22"/>
              </w:rPr>
              <w:t>........................................................................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(pełna nazwa/firma, adres, w zależności od podmiotu: NIP/PESEL, KRS/CEIDG)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reprezentowany przez: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........................................................................</w:t>
            </w:r>
            <w:r w:rsidRPr="008B6815">
              <w:rPr>
                <w:rFonts w:ascii="Times New Roman" w:hAnsi="Times New Roman" w:cs="Times New Roman"/>
                <w:sz w:val="22"/>
              </w:rPr>
              <w:br/>
              <w:t>(imię, nazwi</w:t>
            </w:r>
            <w:r w:rsidRPr="008B6815">
              <w:rPr>
                <w:rFonts w:ascii="Times New Roman" w:hAnsi="Times New Roman" w:cs="Times New Roman"/>
                <w:sz w:val="22"/>
              </w:rPr>
              <w:t>sko, stanowisko/podstawa do reprezentacji)</w:t>
            </w:r>
          </w:p>
        </w:tc>
      </w:tr>
    </w:tbl>
    <w:p w:rsidR="0074241B" w:rsidRPr="008B6815" w:rsidRDefault="008B6815">
      <w:pPr>
        <w:spacing w:after="4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i/>
          <w:sz w:val="22"/>
        </w:rPr>
        <w:t>/wzór/</w:t>
      </w:r>
    </w:p>
    <w:p w:rsidR="0074241B" w:rsidRPr="008B6815" w:rsidRDefault="008B6815">
      <w:pPr>
        <w:spacing w:after="4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t>OŚWIADCZENIE WYKONAWCY / WYKONAWCY WSPÓLNIE UBIEGAJĄCEGO SIĘ O UDZIELENIE ZAMÓWIENIA</w:t>
      </w:r>
    </w:p>
    <w:p w:rsidR="0074241B" w:rsidRPr="008B6815" w:rsidRDefault="008B6815">
      <w:pPr>
        <w:spacing w:after="4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t>składane na podstawie art. 125 ust. 1 ustawy Prawo zamówień publicznych</w:t>
      </w:r>
    </w:p>
    <w:p w:rsidR="0074241B" w:rsidRPr="008B6815" w:rsidRDefault="008B6815">
      <w:pPr>
        <w:spacing w:after="14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dotyczące braku podstaw wykluczenia oraz spełnia</w:t>
      </w:r>
      <w:r w:rsidRPr="008B6815">
        <w:rPr>
          <w:rFonts w:ascii="Times New Roman" w:hAnsi="Times New Roman" w:cs="Times New Roman"/>
          <w:sz w:val="22"/>
        </w:rPr>
        <w:t>nia warunków udziału w postępowaniu, z uwzględnieniem przesłanek wykluczenia z art. 7 ust. 1 ustawy o szczególnych rozwiązaniach w zakresie przeciwdziałania wspieraniu agresji na Ukrainę oraz służących ochronie bezpieczeństwa narodowego</w:t>
      </w:r>
    </w:p>
    <w:p w:rsidR="0074241B" w:rsidRPr="008B6815" w:rsidRDefault="008B6815" w:rsidP="008B6815">
      <w:pPr>
        <w:spacing w:after="120" w:line="240" w:lineRule="auto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Na potrzeby postępo</w:t>
      </w:r>
      <w:r w:rsidRPr="008B6815">
        <w:rPr>
          <w:rFonts w:ascii="Times New Roman" w:hAnsi="Times New Roman" w:cs="Times New Roman"/>
          <w:sz w:val="22"/>
        </w:rPr>
        <w:t xml:space="preserve">wania o udzielenie zamówienia publicznego pn. </w:t>
      </w:r>
      <w:r w:rsidRPr="008B6815">
        <w:rPr>
          <w:rFonts w:ascii="Times New Roman" w:hAnsi="Times New Roman" w:cs="Times New Roman"/>
          <w:b/>
          <w:sz w:val="22"/>
        </w:rPr>
        <w:t>„Przebudowa toalety oraz wymiana dźwigu osobowego i podnośnika pionowego w budynku Muzeum im. J. Malczewskiego w Radomiu”</w:t>
      </w:r>
      <w:r w:rsidRPr="008B6815">
        <w:rPr>
          <w:rFonts w:ascii="Times New Roman" w:hAnsi="Times New Roman" w:cs="Times New Roman"/>
          <w:sz w:val="22"/>
        </w:rPr>
        <w:t>, prowadzonego przez Muzeum im. Jacka Malczewskiego w Radomiu w trybie podstawowym na pod</w:t>
      </w:r>
      <w:r w:rsidRPr="008B6815">
        <w:rPr>
          <w:rFonts w:ascii="Times New Roman" w:hAnsi="Times New Roman" w:cs="Times New Roman"/>
          <w:sz w:val="22"/>
        </w:rPr>
        <w:t>stawie art. 275 pkt 2 ustawy Pzp, oświadczam, co następuje:</w:t>
      </w:r>
    </w:p>
    <w:p w:rsidR="0074241B" w:rsidRPr="008B6815" w:rsidRDefault="008B6815">
      <w:pPr>
        <w:spacing w:before="100" w:after="8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t>I. OŚWIADCZENIA DOTYCZĄCE PODSTAW WYKLUCZENIA</w:t>
      </w:r>
    </w:p>
    <w:p w:rsidR="0074241B" w:rsidRPr="008B6815" w:rsidRDefault="008B6815">
      <w:pPr>
        <w:spacing w:after="60" w:line="240" w:lineRule="auto"/>
        <w:ind w:left="142" w:hanging="142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1. Oświadczam, że nie podlegam wykluczeniu z postępowania na podstawie art. 108 ust. 1 ustawy Pzp.</w:t>
      </w:r>
    </w:p>
    <w:p w:rsidR="0074241B" w:rsidRPr="008B6815" w:rsidRDefault="008B6815">
      <w:pPr>
        <w:spacing w:after="60" w:line="240" w:lineRule="auto"/>
        <w:ind w:left="142" w:hanging="142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2. Oświadczam, że nie podlegam wykluczeniu z postęp</w:t>
      </w:r>
      <w:r w:rsidRPr="008B6815">
        <w:rPr>
          <w:rFonts w:ascii="Times New Roman" w:hAnsi="Times New Roman" w:cs="Times New Roman"/>
          <w:sz w:val="22"/>
        </w:rPr>
        <w:t>owania na podstawie art. 109 ust. 1 pkt 4, 5, 7, 8 i 10 ustawy Pzp.</w:t>
      </w:r>
    </w:p>
    <w:p w:rsidR="0074241B" w:rsidRPr="008B6815" w:rsidRDefault="008B6815" w:rsidP="008B6815">
      <w:pPr>
        <w:spacing w:after="60" w:line="240" w:lineRule="auto"/>
        <w:ind w:left="142" w:hanging="142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3. Oświadczam, że nie zachodzą wobec mnie przesłanki wykluczenia z postępowania na podstawie art. 7 ust. 1 ustawy z dnia 13 kwietnia 2022 r. o szczególnych rozwiązaniach w zakresie przeciw</w:t>
      </w:r>
      <w:r w:rsidRPr="008B6815">
        <w:rPr>
          <w:rFonts w:ascii="Times New Roman" w:hAnsi="Times New Roman" w:cs="Times New Roman"/>
          <w:sz w:val="22"/>
        </w:rPr>
        <w:t>działania wspieraniu agresji na Ukrainę oraz służących ochronie bezpieczeństwa narodowego.</w:t>
      </w:r>
    </w:p>
    <w:p w:rsidR="0074241B" w:rsidRPr="008B6815" w:rsidRDefault="008B6815" w:rsidP="008B6815">
      <w:pPr>
        <w:spacing w:after="40" w:line="240" w:lineRule="auto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 xml:space="preserve">4. </w:t>
      </w:r>
      <w:r w:rsidRPr="008B6815">
        <w:rPr>
          <w:rFonts w:ascii="Times New Roman" w:hAnsi="Times New Roman" w:cs="Times New Roman"/>
          <w:b/>
          <w:i/>
          <w:sz w:val="22"/>
        </w:rPr>
        <w:t xml:space="preserve">[Uzupełnić wyłącznie wtedy, gdy zachodzą przesłanki wykluczenia, a Wykonawca korzysta z procedury samooczyszczenia, o której mowa w art. 110 ust. 2 ustawy Pzp.] </w:t>
      </w:r>
      <w:r w:rsidRPr="008B6815">
        <w:rPr>
          <w:rFonts w:ascii="Times New Roman" w:hAnsi="Times New Roman" w:cs="Times New Roman"/>
          <w:sz w:val="22"/>
        </w:rPr>
        <w:t>O</w:t>
      </w:r>
      <w:r w:rsidRPr="008B6815">
        <w:rPr>
          <w:rFonts w:ascii="Times New Roman" w:hAnsi="Times New Roman" w:cs="Times New Roman"/>
          <w:sz w:val="22"/>
        </w:rPr>
        <w:t>świadczam, że zachodzą wobec mnie podstawy wykluczenia z postępowania na podstawie art. ............... ustawy Pzp. Jednocześnie oświadczam, że podjąłem następujące środki naprawcze i zapobiegawcze: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</w:t>
      </w:r>
      <w:r w:rsidRPr="008B6815">
        <w:rPr>
          <w:rFonts w:ascii="Times New Roman" w:hAnsi="Times New Roman" w:cs="Times New Roman"/>
          <w:sz w:val="22"/>
        </w:rPr>
        <w:t>______________________</w:t>
      </w:r>
      <w:r w:rsidRPr="008B6815">
        <w:rPr>
          <w:rFonts w:ascii="Times New Roman" w:hAnsi="Times New Roman" w:cs="Times New Roman"/>
          <w:sz w:val="22"/>
        </w:rPr>
        <w:t>______________________________________________________________________</w:t>
      </w:r>
    </w:p>
    <w:p w:rsidR="0074241B" w:rsidRPr="008B6815" w:rsidRDefault="008B6815" w:rsidP="008B6815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i/>
          <w:sz w:val="18"/>
          <w:szCs w:val="18"/>
        </w:rPr>
        <w:t>Objaśnienie: zgodnie z art. 7 ust. 1 ww. ustawy z postępowania wyklucza się wykonawcę, wobec którego zachodzą przesłanki dotyczące: wpisu na właściwe wykazy/listę sankcyjną, beneficjent</w:t>
      </w:r>
      <w:r w:rsidRPr="008B6815">
        <w:rPr>
          <w:rFonts w:ascii="Times New Roman" w:hAnsi="Times New Roman" w:cs="Times New Roman"/>
          <w:i/>
          <w:sz w:val="18"/>
          <w:szCs w:val="18"/>
        </w:rPr>
        <w:t>a rzeczywistego albo jednostki dominującej powiązanej z podmiotami wskazanymi w tych wykazach/listach. Wykonawca składa oświadczenie według stanu aktualnego na dzień składania ofert</w:t>
      </w:r>
      <w:r w:rsidRPr="008B6815">
        <w:rPr>
          <w:rFonts w:ascii="Times New Roman" w:hAnsi="Times New Roman" w:cs="Times New Roman"/>
          <w:i/>
          <w:sz w:val="22"/>
        </w:rPr>
        <w:t>.</w:t>
      </w:r>
    </w:p>
    <w:p w:rsidR="0074241B" w:rsidRPr="008B6815" w:rsidRDefault="008B6815">
      <w:pPr>
        <w:spacing w:before="100" w:after="8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t>II. OŚWIADCZENIE DOTYCZĄCE WARUNKÓW UDZIAŁU W POSTĘPOWANIU</w:t>
      </w:r>
    </w:p>
    <w:p w:rsidR="0074241B" w:rsidRPr="008B6815" w:rsidRDefault="008B6815" w:rsidP="008B6815">
      <w:pPr>
        <w:spacing w:after="80" w:line="240" w:lineRule="auto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Oświadczam, że</w:t>
      </w:r>
      <w:r w:rsidRPr="008B6815">
        <w:rPr>
          <w:rFonts w:ascii="Times New Roman" w:hAnsi="Times New Roman" w:cs="Times New Roman"/>
          <w:sz w:val="22"/>
        </w:rPr>
        <w:t xml:space="preserve"> spełniam warunki udziału w postępowaniu określone przez Zamawiającego w Rozdziale VII Specyfikacji Warunków Zamówienia.</w:t>
      </w:r>
    </w:p>
    <w:p w:rsidR="0074241B" w:rsidRPr="008B6815" w:rsidRDefault="008B6815" w:rsidP="008B6815">
      <w:pPr>
        <w:spacing w:after="40" w:line="240" w:lineRule="auto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i/>
          <w:sz w:val="22"/>
        </w:rPr>
        <w:t>[Wykonawca wspólnie ubiegający się o udzielenie zamówienia wypełnia oświadczenie w zakresie, w jakim wykazuje spełnianie warunków udzia</w:t>
      </w:r>
      <w:r w:rsidRPr="008B6815">
        <w:rPr>
          <w:rFonts w:ascii="Times New Roman" w:hAnsi="Times New Roman" w:cs="Times New Roman"/>
          <w:b/>
          <w:i/>
          <w:sz w:val="22"/>
        </w:rPr>
        <w:t>łu w postępowaniu.]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Spełniam warunki udziału w następującym zakresie: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</w:t>
      </w: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__________________________________________________________________________________________</w:t>
      </w:r>
    </w:p>
    <w:p w:rsidR="0074241B" w:rsidRPr="008B6815" w:rsidRDefault="008B6815">
      <w:pPr>
        <w:spacing w:before="100" w:after="8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lastRenderedPageBreak/>
        <w:t>III. INFORMACJA W ZWIĄZKU Z POLEGANIEM NA ZDOLNOŚCIACH LUB SYTUACJI PODMIOTÓW UDOSTĘPNIAJĄCYCH ZASOBY</w:t>
      </w:r>
    </w:p>
    <w:p w:rsidR="0074241B" w:rsidRPr="008B6815" w:rsidRDefault="008B6815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t xml:space="preserve">Zaznaczyć </w:t>
      </w:r>
      <w:r w:rsidRPr="008B6815">
        <w:rPr>
          <w:rFonts w:ascii="Times New Roman" w:hAnsi="Times New Roman" w:cs="Times New Roman"/>
          <w:b/>
          <w:sz w:val="22"/>
        </w:rPr>
        <w:t>właściwe:</w:t>
      </w:r>
    </w:p>
    <w:p w:rsidR="0074241B" w:rsidRPr="008B6815" w:rsidRDefault="008B6815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Segoe UI Symbol" w:hAnsi="Segoe UI Symbol" w:cs="Segoe UI Symbol"/>
          <w:sz w:val="22"/>
        </w:rPr>
        <w:t>☐</w:t>
      </w:r>
      <w:r w:rsidRPr="008B6815">
        <w:rPr>
          <w:rFonts w:ascii="Times New Roman" w:hAnsi="Times New Roman" w:cs="Times New Roman"/>
          <w:sz w:val="22"/>
        </w:rPr>
        <w:t xml:space="preserve"> </w:t>
      </w:r>
      <w:r w:rsidRPr="008B6815">
        <w:rPr>
          <w:rFonts w:ascii="Times New Roman" w:hAnsi="Times New Roman" w:cs="Times New Roman"/>
          <w:b/>
          <w:sz w:val="22"/>
        </w:rPr>
        <w:t>nie polegam</w:t>
      </w:r>
      <w:r w:rsidRPr="008B6815">
        <w:rPr>
          <w:rFonts w:ascii="Times New Roman" w:hAnsi="Times New Roman" w:cs="Times New Roman"/>
          <w:sz w:val="22"/>
        </w:rPr>
        <w:t xml:space="preserve"> na zdolnościach lub sytuacji podmiotów udostępniających zasoby;</w:t>
      </w:r>
    </w:p>
    <w:p w:rsidR="0074241B" w:rsidRPr="008B6815" w:rsidRDefault="008B6815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Segoe UI Symbol" w:hAnsi="Segoe UI Symbol" w:cs="Segoe UI Symbol"/>
          <w:sz w:val="22"/>
        </w:rPr>
        <w:t>☐</w:t>
      </w:r>
      <w:r w:rsidRPr="008B6815">
        <w:rPr>
          <w:rFonts w:ascii="Times New Roman" w:hAnsi="Times New Roman" w:cs="Times New Roman"/>
          <w:sz w:val="22"/>
        </w:rPr>
        <w:t xml:space="preserve"> </w:t>
      </w:r>
      <w:r w:rsidRPr="008B6815">
        <w:rPr>
          <w:rFonts w:ascii="Times New Roman" w:hAnsi="Times New Roman" w:cs="Times New Roman"/>
          <w:b/>
          <w:sz w:val="22"/>
        </w:rPr>
        <w:t>polegam</w:t>
      </w:r>
      <w:r w:rsidRPr="008B6815">
        <w:rPr>
          <w:rFonts w:ascii="Times New Roman" w:hAnsi="Times New Roman" w:cs="Times New Roman"/>
          <w:sz w:val="22"/>
        </w:rPr>
        <w:t xml:space="preserve"> na zdolnościach lub sytuacji następujących podmiotów udostępniających zasoby: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Zakres udostępnianych zasobów dla wskazanego podmiotu / wskazanych podmiotów: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</w:t>
      </w:r>
      <w:r w:rsidRPr="008B6815">
        <w:rPr>
          <w:rFonts w:ascii="Times New Roman" w:hAnsi="Times New Roman" w:cs="Times New Roman"/>
          <w:sz w:val="22"/>
        </w:rPr>
        <w:t>____________________________________</w:t>
      </w:r>
      <w:r>
        <w:rPr>
          <w:rFonts w:ascii="Times New Roman" w:hAnsi="Times New Roman" w:cs="Times New Roman"/>
          <w:sz w:val="22"/>
        </w:rPr>
        <w:t>_________________</w:t>
      </w:r>
    </w:p>
    <w:p w:rsidR="0074241B" w:rsidRPr="008B6815" w:rsidRDefault="008B6815">
      <w:pPr>
        <w:spacing w:after="20" w:line="240" w:lineRule="auto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_________________</w:t>
      </w:r>
    </w:p>
    <w:p w:rsidR="0074241B" w:rsidRPr="008B6815" w:rsidRDefault="008B6815" w:rsidP="008B6815">
      <w:pPr>
        <w:spacing w:after="2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2"/>
        </w:rPr>
        <w:t>_______________</w:t>
      </w:r>
      <w:r w:rsidRPr="008B6815">
        <w:rPr>
          <w:rFonts w:ascii="Times New Roman" w:hAnsi="Times New Roman" w:cs="Times New Roman"/>
          <w:b/>
          <w:sz w:val="22"/>
        </w:rPr>
        <w:t>IV. OŚWIADCZENIE DOTYCZĄCE PODANYCH INFORMACJI</w:t>
      </w:r>
    </w:p>
    <w:p w:rsidR="0074241B" w:rsidRPr="008B6815" w:rsidRDefault="008B6815" w:rsidP="008B6815">
      <w:pPr>
        <w:spacing w:after="100" w:line="240" w:lineRule="auto"/>
        <w:jc w:val="both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sz w:val="22"/>
        </w:rPr>
        <w:t>Oświadczam, że wszystkie informacje podane w powyższych oświadczeniach są aktualne i zgodne z prawdą oraz zostały przedstawione z pełną świadomością konsekwencji wprowadzenia Zam</w:t>
      </w:r>
      <w:r w:rsidRPr="008B6815">
        <w:rPr>
          <w:rFonts w:ascii="Times New Roman" w:hAnsi="Times New Roman" w:cs="Times New Roman"/>
          <w:sz w:val="22"/>
        </w:rPr>
        <w:t>awiającego w błąd przy przedstawianiu informacji.</w:t>
      </w:r>
    </w:p>
    <w:p w:rsidR="0074241B" w:rsidRPr="008B6815" w:rsidRDefault="008B6815">
      <w:pPr>
        <w:spacing w:before="100" w:after="80" w:line="240" w:lineRule="auto"/>
        <w:jc w:val="center"/>
        <w:rPr>
          <w:rFonts w:ascii="Times New Roman" w:hAnsi="Times New Roman" w:cs="Times New Roman"/>
          <w:sz w:val="22"/>
        </w:rPr>
      </w:pPr>
      <w:r w:rsidRPr="008B6815">
        <w:rPr>
          <w:rFonts w:ascii="Times New Roman" w:hAnsi="Times New Roman" w:cs="Times New Roman"/>
          <w:b/>
          <w:sz w:val="22"/>
        </w:rPr>
        <w:t>V. INFORMACJA DOTYCZĄCA DOSTĘPU DO PODMIOTOWYCH ŚRODKÓW DOWODOWYCH</w:t>
      </w:r>
    </w:p>
    <w:p w:rsidR="0074241B" w:rsidRPr="008B6815" w:rsidRDefault="008B6815" w:rsidP="008B6815">
      <w:pPr>
        <w:spacing w:after="8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bookmarkStart w:id="0" w:name="_GoBack"/>
      <w:r w:rsidRPr="008B6815">
        <w:rPr>
          <w:rFonts w:ascii="Times New Roman" w:hAnsi="Times New Roman" w:cs="Times New Roman"/>
          <w:sz w:val="22"/>
          <w:lang w:val="pl-PL"/>
        </w:rPr>
        <w:t xml:space="preserve">Wskazuję następujące podmiotowe środki dowodowe, które można uzyskać za pomocą bezpłatnych </w:t>
      </w:r>
      <w:r w:rsidRPr="008B6815">
        <w:rPr>
          <w:rFonts w:ascii="Times New Roman" w:hAnsi="Times New Roman" w:cs="Times New Roman"/>
          <w:sz w:val="22"/>
          <w:lang w:val="pl-PL"/>
        </w:rPr>
        <w:br/>
      </w:r>
      <w:r w:rsidRPr="008B6815">
        <w:rPr>
          <w:rFonts w:ascii="Times New Roman" w:hAnsi="Times New Roman" w:cs="Times New Roman"/>
          <w:sz w:val="22"/>
          <w:lang w:val="pl-PL"/>
        </w:rPr>
        <w:t>i ogólnodostępnych baz danych, oraz dane umożliw</w:t>
      </w:r>
      <w:r w:rsidRPr="008B6815">
        <w:rPr>
          <w:rFonts w:ascii="Times New Roman" w:hAnsi="Times New Roman" w:cs="Times New Roman"/>
          <w:sz w:val="22"/>
          <w:lang w:val="pl-PL"/>
        </w:rPr>
        <w:t>iające dostęp do tych środków: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4649"/>
        <w:gridCol w:w="4082"/>
      </w:tblGrid>
      <w:tr w:rsidR="0074241B" w:rsidRPr="008B6815" w:rsidTr="008B6815">
        <w:trPr>
          <w:jc w:val="center"/>
        </w:trPr>
        <w:tc>
          <w:tcPr>
            <w:tcW w:w="5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bookmarkEnd w:id="0"/>
          <w:p w:rsidR="0074241B" w:rsidRPr="008B6815" w:rsidRDefault="008B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b/>
                <w:sz w:val="17"/>
              </w:rPr>
              <w:t>Lp.</w:t>
            </w:r>
          </w:p>
        </w:tc>
        <w:tc>
          <w:tcPr>
            <w:tcW w:w="464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b/>
                <w:sz w:val="17"/>
              </w:rPr>
              <w:t>Podmiotowy środek dowodowy / dokument</w:t>
            </w:r>
          </w:p>
        </w:tc>
        <w:tc>
          <w:tcPr>
            <w:tcW w:w="408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b/>
                <w:sz w:val="17"/>
              </w:rPr>
              <w:t>Adres internetowy, organ wydający lub dane referencyjne</w:t>
            </w:r>
          </w:p>
        </w:tc>
      </w:tr>
      <w:tr w:rsidR="0074241B" w:rsidRPr="008B6815">
        <w:trPr>
          <w:jc w:val="center"/>
        </w:trPr>
        <w:tc>
          <w:tcPr>
            <w:tcW w:w="5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46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7"/>
              </w:rPr>
              <w:br/>
            </w:r>
            <w:r w:rsidRPr="008B6815">
              <w:rPr>
                <w:rFonts w:ascii="Times New Roman" w:hAnsi="Times New Roman" w:cs="Times New Roman"/>
                <w:sz w:val="17"/>
              </w:rPr>
              <w:br/>
            </w:r>
          </w:p>
        </w:tc>
        <w:tc>
          <w:tcPr>
            <w:tcW w:w="40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7"/>
              </w:rPr>
              <w:br/>
            </w:r>
            <w:r w:rsidRPr="008B6815">
              <w:rPr>
                <w:rFonts w:ascii="Times New Roman" w:hAnsi="Times New Roman" w:cs="Times New Roman"/>
                <w:sz w:val="17"/>
              </w:rPr>
              <w:br/>
            </w:r>
          </w:p>
        </w:tc>
      </w:tr>
      <w:tr w:rsidR="0074241B" w:rsidRPr="008B6815">
        <w:trPr>
          <w:jc w:val="center"/>
        </w:trPr>
        <w:tc>
          <w:tcPr>
            <w:tcW w:w="5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464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7"/>
              </w:rPr>
              <w:br/>
            </w:r>
            <w:r w:rsidRPr="008B6815">
              <w:rPr>
                <w:rFonts w:ascii="Times New Roman" w:hAnsi="Times New Roman" w:cs="Times New Roman"/>
                <w:sz w:val="17"/>
              </w:rPr>
              <w:br/>
            </w:r>
          </w:p>
        </w:tc>
        <w:tc>
          <w:tcPr>
            <w:tcW w:w="40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241B" w:rsidRPr="008B6815" w:rsidRDefault="008B6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7"/>
              </w:rPr>
              <w:br/>
            </w:r>
            <w:r w:rsidRPr="008B6815">
              <w:rPr>
                <w:rFonts w:ascii="Times New Roman" w:hAnsi="Times New Roman" w:cs="Times New Roman"/>
                <w:sz w:val="17"/>
              </w:rPr>
              <w:br/>
            </w:r>
          </w:p>
        </w:tc>
      </w:tr>
    </w:tbl>
    <w:p w:rsidR="0074241B" w:rsidRPr="008B6815" w:rsidRDefault="008B6815">
      <w:pPr>
        <w:spacing w:after="160" w:line="240" w:lineRule="auto"/>
        <w:rPr>
          <w:rFonts w:ascii="Times New Roman" w:hAnsi="Times New Roman" w:cs="Times New Roman"/>
        </w:rPr>
      </w:pPr>
      <w:r w:rsidRPr="008B6815">
        <w:rPr>
          <w:rFonts w:ascii="Times New Roman" w:hAnsi="Times New Roman" w:cs="Times New Roman"/>
          <w:i/>
          <w:sz w:val="17"/>
        </w:rPr>
        <w:t xml:space="preserve">Uwaga: jeżeli Wykonawca nie wskazuje podmiotowych środków dowodowych dostępnych w ogólnodostępnych bazach </w:t>
      </w:r>
      <w:r w:rsidRPr="008B6815">
        <w:rPr>
          <w:rFonts w:ascii="Times New Roman" w:hAnsi="Times New Roman" w:cs="Times New Roman"/>
          <w:i/>
          <w:sz w:val="17"/>
        </w:rPr>
        <w:t>danych, pozostawia tabelę niewypełnioną albo wpisuje „nie dotyczy”.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2"/>
        <w:gridCol w:w="4819"/>
      </w:tblGrid>
      <w:tr w:rsidR="0074241B" w:rsidRPr="008B6815">
        <w:trPr>
          <w:jc w:val="center"/>
        </w:trPr>
        <w:tc>
          <w:tcPr>
            <w:tcW w:w="4422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4241B" w:rsidRPr="008B6815" w:rsidRDefault="008B68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</w:rPr>
              <w:t>Miejscowość i data:</w:t>
            </w:r>
            <w:r w:rsidRPr="008B6815">
              <w:rPr>
                <w:rFonts w:ascii="Times New Roman" w:hAnsi="Times New Roman" w:cs="Times New Roman"/>
              </w:rPr>
              <w:br/>
            </w:r>
            <w:r w:rsidRPr="008B6815">
              <w:rPr>
                <w:rFonts w:ascii="Times New Roman" w:hAnsi="Times New Roman" w:cs="Times New Roman"/>
              </w:rPr>
              <w:br/>
              <w:t>........................................................</w:t>
            </w:r>
          </w:p>
        </w:tc>
        <w:tc>
          <w:tcPr>
            <w:tcW w:w="4819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4241B" w:rsidRPr="008B6815" w:rsidRDefault="008B6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6815">
              <w:rPr>
                <w:rFonts w:ascii="Times New Roman" w:hAnsi="Times New Roman" w:cs="Times New Roman"/>
                <w:sz w:val="18"/>
              </w:rPr>
              <w:t>kwalifikowany podpis elektroniczny, podpis zaufany albo podpis osobisty osoby/osób uprawnionej/-ych do repreze</w:t>
            </w:r>
            <w:r w:rsidRPr="008B6815">
              <w:rPr>
                <w:rFonts w:ascii="Times New Roman" w:hAnsi="Times New Roman" w:cs="Times New Roman"/>
                <w:sz w:val="18"/>
              </w:rPr>
              <w:t>ntacji Wykonawcy</w:t>
            </w:r>
          </w:p>
        </w:tc>
      </w:tr>
    </w:tbl>
    <w:p w:rsidR="0074241B" w:rsidRDefault="008B6815">
      <w:pPr>
        <w:spacing w:after="0" w:line="240" w:lineRule="auto"/>
      </w:pPr>
      <w:r w:rsidRPr="008B6815">
        <w:rPr>
          <w:rFonts w:ascii="Times New Roman" w:hAnsi="Times New Roman" w:cs="Times New Roman"/>
          <w:i/>
          <w:sz w:val="17"/>
        </w:rPr>
        <w:t>Uwaga: w przypadku wykonawców wspólnie ubiegających się o udzielenie zamówienia niniejsze oświadczenie składa każdy z wykonawców, w zakres</w:t>
      </w:r>
      <w:r>
        <w:rPr>
          <w:i/>
          <w:sz w:val="17"/>
        </w:rPr>
        <w:t>ie dotyczącym braku podstaw wykluczenia oraz spełniania warunków udziału w postępowaniu.</w:t>
      </w:r>
    </w:p>
    <w:sectPr w:rsidR="0074241B" w:rsidSect="00034616">
      <w:headerReference w:type="default" r:id="rId8"/>
      <w:pgSz w:w="12240" w:h="15840"/>
      <w:pgMar w:top="850" w:right="964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B6815">
      <w:pPr>
        <w:spacing w:after="0" w:line="240" w:lineRule="auto"/>
      </w:pPr>
      <w:r>
        <w:separator/>
      </w:r>
    </w:p>
  </w:endnote>
  <w:endnote w:type="continuationSeparator" w:id="0">
    <w:p w:rsidR="00000000" w:rsidRDefault="008B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B6815">
      <w:pPr>
        <w:spacing w:after="0" w:line="240" w:lineRule="auto"/>
      </w:pPr>
      <w:r>
        <w:separator/>
      </w:r>
    </w:p>
  </w:footnote>
  <w:footnote w:type="continuationSeparator" w:id="0">
    <w:p w:rsidR="00000000" w:rsidRDefault="008B6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1B" w:rsidRDefault="008B6815">
    <w:pPr>
      <w:pStyle w:val="Nagwek"/>
    </w:pPr>
    <w:r>
      <w:rPr>
        <w:sz w:val="18"/>
      </w:rPr>
      <w:t>MJM-ZP-26-1-RB-2026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241B"/>
    <w:rsid w:val="008B68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15821"/>
  <w14:defaultImageDpi w14:val="300"/>
  <w15:docId w15:val="{C5D011BD-6808-4259-9E8C-1946EF89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eastAsia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2AC4F3-BFD8-4FF0-89EC-0789BBE4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Barwicka</dc:creator>
  <cp:keywords/>
  <cp:lastModifiedBy>Marzena Barwicka</cp:lastModifiedBy>
  <cp:revision>2</cp:revision>
  <dcterms:created xsi:type="dcterms:W3CDTF">2013-12-23T23:15:00Z</dcterms:created>
  <dcterms:modified xsi:type="dcterms:W3CDTF">2026-06-22T08:17:00Z</dcterms:modified>
  <cp:category/>
</cp:coreProperties>
</file>