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6C2" w:rsidRPr="006A7FDE" w:rsidRDefault="006A7FDE">
      <w:pPr>
        <w:spacing w:after="40" w:line="240" w:lineRule="auto"/>
        <w:rPr>
          <w:rFonts w:ascii="Times New Roman" w:hAnsi="Times New Roman" w:cs="Times New Roman"/>
          <w:sz w:val="22"/>
        </w:rPr>
      </w:pPr>
      <w:r>
        <w:rPr>
          <w:sz w:val="16"/>
        </w:rPr>
        <w:t>MJM-ZP-26-1-RB-2026</w:t>
      </w:r>
    </w:p>
    <w:p w:rsidR="00DF46C2" w:rsidRPr="006A7FDE" w:rsidRDefault="006A7FDE" w:rsidP="006A7FDE">
      <w:pPr>
        <w:spacing w:after="40" w:line="240" w:lineRule="auto"/>
        <w:jc w:val="right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b/>
          <w:sz w:val="22"/>
        </w:rPr>
        <w:t>Załącznik nr 5 do SWZ</w:t>
      </w:r>
    </w:p>
    <w:p w:rsidR="00DF46C2" w:rsidRPr="006A7FDE" w:rsidRDefault="006A7FDE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b/>
          <w:sz w:val="22"/>
        </w:rPr>
        <w:t>WYKAZ ROBÓT BUDOWLANYCH WYKONANYCH PRZEZ WYKONAWCĘ</w:t>
      </w:r>
    </w:p>
    <w:p w:rsidR="00DF46C2" w:rsidRPr="006A7FDE" w:rsidRDefault="006A7FDE">
      <w:pPr>
        <w:spacing w:after="0" w:line="240" w:lineRule="auto"/>
        <w:jc w:val="center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sz w:val="22"/>
        </w:rPr>
        <w:t>wykonanych w okresie ostatnich 5 lat przed upływem terminu składania ofert, a jeżeli okres prowadzenia działalności jest krótszy - w tym okresie</w:t>
      </w:r>
    </w:p>
    <w:p w:rsidR="00DF46C2" w:rsidRPr="006A7FDE" w:rsidRDefault="006A7FDE">
      <w:pPr>
        <w:spacing w:after="100" w:line="240" w:lineRule="auto"/>
        <w:jc w:val="center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b/>
          <w:sz w:val="22"/>
        </w:rPr>
        <w:t xml:space="preserve">na potwierdzenie </w:t>
      </w:r>
      <w:r w:rsidRPr="006A7FDE">
        <w:rPr>
          <w:rFonts w:ascii="Times New Roman" w:hAnsi="Times New Roman" w:cs="Times New Roman"/>
          <w:b/>
          <w:sz w:val="22"/>
        </w:rPr>
        <w:t>spełniania warunku udziału w postępowaniu dotyczącego zdolności technicznej lub zawodowej</w:t>
      </w:r>
    </w:p>
    <w:p w:rsidR="00DF46C2" w:rsidRPr="006A7FDE" w:rsidRDefault="006A7FDE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sz w:val="22"/>
        </w:rPr>
        <w:t>Imię i nazwisko osoby/osób reprezentujących Wykonawcę: ...............................................................................................................</w:t>
      </w:r>
      <w:r w:rsidRPr="006A7FDE">
        <w:rPr>
          <w:rFonts w:ascii="Times New Roman" w:hAnsi="Times New Roman" w:cs="Times New Roman"/>
          <w:sz w:val="22"/>
        </w:rPr>
        <w:t>....................................</w:t>
      </w:r>
    </w:p>
    <w:p w:rsidR="00DF46C2" w:rsidRPr="006A7FDE" w:rsidRDefault="006A7FDE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sz w:val="22"/>
        </w:rPr>
        <w:t>Podstawa do reprezentacji: ...................................................................................................................................................................................</w:t>
      </w:r>
    </w:p>
    <w:p w:rsidR="00DF46C2" w:rsidRPr="006A7FDE" w:rsidRDefault="006A7FDE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sz w:val="22"/>
        </w:rPr>
        <w:t xml:space="preserve">Działając w </w:t>
      </w:r>
      <w:r w:rsidRPr="006A7FDE">
        <w:rPr>
          <w:rFonts w:ascii="Times New Roman" w:hAnsi="Times New Roman" w:cs="Times New Roman"/>
          <w:sz w:val="22"/>
        </w:rPr>
        <w:t>imieniu i na rzecz:</w:t>
      </w:r>
    </w:p>
    <w:p w:rsidR="00DF46C2" w:rsidRPr="006A7FDE" w:rsidRDefault="006A7FDE">
      <w:pPr>
        <w:spacing w:after="40" w:line="240" w:lineRule="auto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</w:t>
      </w:r>
    </w:p>
    <w:p w:rsidR="00DF46C2" w:rsidRPr="006A7FDE" w:rsidRDefault="006A7FDE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i/>
          <w:sz w:val="22"/>
        </w:rPr>
        <w:t>(podać pełną na</w:t>
      </w:r>
      <w:r w:rsidRPr="006A7FDE">
        <w:rPr>
          <w:rFonts w:ascii="Times New Roman" w:hAnsi="Times New Roman" w:cs="Times New Roman"/>
          <w:i/>
          <w:sz w:val="22"/>
        </w:rPr>
        <w:t>zwę/firmę, adres Wykonawcy, a także - w zależności od podmiotu - NIP/PESEL, KRS/CEiDG)</w:t>
      </w:r>
    </w:p>
    <w:p w:rsidR="00DF46C2" w:rsidRPr="006A7FDE" w:rsidRDefault="006A7FDE">
      <w:pPr>
        <w:spacing w:after="80" w:line="240" w:lineRule="auto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sz w:val="22"/>
        </w:rPr>
        <w:t xml:space="preserve">w postępowaniu o udzielenie zamówienia publicznego prowadzonym w trybie podstawowym na podstawie art. 275 pkt 2 ustawy Pzp pn. </w:t>
      </w:r>
      <w:r w:rsidRPr="006A7FDE">
        <w:rPr>
          <w:rFonts w:ascii="Times New Roman" w:hAnsi="Times New Roman" w:cs="Times New Roman"/>
          <w:b/>
          <w:sz w:val="22"/>
        </w:rPr>
        <w:t>„Przebudowa toalety oraz wymiana dźwigu os</w:t>
      </w:r>
      <w:r w:rsidRPr="006A7FDE">
        <w:rPr>
          <w:rFonts w:ascii="Times New Roman" w:hAnsi="Times New Roman" w:cs="Times New Roman"/>
          <w:b/>
          <w:sz w:val="22"/>
        </w:rPr>
        <w:t>obowego i podnośnika pionowego w budynku Muzeum im. J. Malczewskiego w Radomiu”</w:t>
      </w:r>
      <w:r w:rsidRPr="006A7FDE">
        <w:rPr>
          <w:rFonts w:ascii="Times New Roman" w:hAnsi="Times New Roman" w:cs="Times New Roman"/>
          <w:sz w:val="22"/>
        </w:rPr>
        <w:t>, przedkładam niniejszy wykaz w celu potwierdzenia spełniania warunku udziału w postępowaniu, zgodnie z Rozdziałem VII SWZ.</w:t>
      </w:r>
    </w:p>
    <w:p w:rsidR="00DF46C2" w:rsidRPr="006A7FDE" w:rsidRDefault="006A7FDE">
      <w:pPr>
        <w:spacing w:after="100" w:line="240" w:lineRule="auto"/>
        <w:rPr>
          <w:rFonts w:ascii="Times New Roman" w:hAnsi="Times New Roman" w:cs="Times New Roman"/>
          <w:sz w:val="22"/>
        </w:rPr>
      </w:pPr>
      <w:r w:rsidRPr="006A7FDE">
        <w:rPr>
          <w:rFonts w:ascii="Times New Roman" w:hAnsi="Times New Roman" w:cs="Times New Roman"/>
          <w:b/>
          <w:sz w:val="22"/>
        </w:rPr>
        <w:t>Warunek udziału: Wykonawca wykaże, że w ww. okresie w</w:t>
      </w:r>
      <w:r w:rsidRPr="006A7FDE">
        <w:rPr>
          <w:rFonts w:ascii="Times New Roman" w:hAnsi="Times New Roman" w:cs="Times New Roman"/>
          <w:b/>
          <w:sz w:val="22"/>
        </w:rPr>
        <w:t>ykonał należycie co najmniej 2 zamówienia dotyczące robót budowlanych realizowanych pod nadzorem konserwatora zabytków w obiektach budowlanych, każde o wartości nie mniejszej niż 150 000,00 zł brutto.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2891"/>
        <w:gridCol w:w="4536"/>
        <w:gridCol w:w="1701"/>
        <w:gridCol w:w="1701"/>
        <w:gridCol w:w="3855"/>
      </w:tblGrid>
      <w:tr w:rsidR="00DF46C2" w:rsidRPr="006A7FDE">
        <w:trPr>
          <w:jc w:val="center"/>
        </w:trPr>
        <w:tc>
          <w:tcPr>
            <w:tcW w:w="453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b/>
                <w:sz w:val="15"/>
              </w:rPr>
              <w:t>Lp.</w:t>
            </w:r>
          </w:p>
        </w:tc>
        <w:tc>
          <w:tcPr>
            <w:tcW w:w="2891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b/>
                <w:sz w:val="15"/>
              </w:rPr>
              <w:t>Nazwa zadania, lokalizacja i obiekt</w:t>
            </w:r>
          </w:p>
        </w:tc>
        <w:tc>
          <w:tcPr>
            <w:tcW w:w="4536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b/>
                <w:sz w:val="15"/>
              </w:rPr>
              <w:t>Rodzaj i zakres</w:t>
            </w:r>
            <w:r w:rsidRPr="006A7FDE">
              <w:rPr>
                <w:rFonts w:ascii="Times New Roman" w:hAnsi="Times New Roman" w:cs="Times New Roman"/>
                <w:b/>
                <w:sz w:val="15"/>
              </w:rPr>
              <w:t xml:space="preserve"> robót budowlanych; informacja o realizacji pod nadzorem konserwatora zabytków</w:t>
            </w:r>
          </w:p>
        </w:tc>
        <w:tc>
          <w:tcPr>
            <w:tcW w:w="1701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b/>
                <w:sz w:val="15"/>
              </w:rPr>
              <w:t>Wartość brutto wykonanych robót (zł)</w:t>
            </w:r>
          </w:p>
        </w:tc>
        <w:tc>
          <w:tcPr>
            <w:tcW w:w="1701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b/>
                <w:sz w:val="15"/>
              </w:rPr>
              <w:t>Termin wykonania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b/>
                <w:sz w:val="15"/>
              </w:rPr>
              <w:t>(od - do)</w:t>
            </w:r>
          </w:p>
        </w:tc>
        <w:tc>
          <w:tcPr>
            <w:tcW w:w="3855" w:type="dxa"/>
            <w:shd w:val="clear" w:color="auto" w:fill="D9EAF7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b/>
                <w:sz w:val="15"/>
              </w:rPr>
              <w:t>Nazwa i adres Zamawiającego/Inwestora, na rzecz którego wykonano robotę</w:t>
            </w:r>
          </w:p>
        </w:tc>
      </w:tr>
      <w:tr w:rsidR="00DF46C2" w:rsidRPr="006A7FDE">
        <w:trPr>
          <w:jc w:val="center"/>
        </w:trPr>
        <w:tc>
          <w:tcPr>
            <w:tcW w:w="45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1</w:t>
            </w:r>
          </w:p>
        </w:tc>
        <w:tc>
          <w:tcPr>
            <w:tcW w:w="28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............................................................................................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............................................................................................</w:t>
            </w:r>
          </w:p>
        </w:tc>
        <w:tc>
          <w:tcPr>
            <w:tcW w:w="453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Rodzaj robót: ........................................................</w:t>
            </w:r>
            <w:r w:rsidRPr="006A7FDE">
              <w:rPr>
                <w:rFonts w:ascii="Times New Roman" w:hAnsi="Times New Roman" w:cs="Times New Roman"/>
                <w:sz w:val="15"/>
              </w:rPr>
              <w:t>........................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Zakres robót obejmował: .................................................................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Realizacja pod nadzorem konserwatora zabytków: TAK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Nazwa organu/konserwatora: ........................................................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......</w:t>
            </w:r>
            <w:r w:rsidRPr="006A7FDE">
              <w:rPr>
                <w:rFonts w:ascii="Times New Roman" w:hAnsi="Times New Roman" w:cs="Times New Roman"/>
                <w:sz w:val="15"/>
              </w:rPr>
              <w:t>................. zł brutto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od __.__.____ r.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do __.__.____ r.</w:t>
            </w:r>
          </w:p>
        </w:tc>
        <w:tc>
          <w:tcPr>
            <w:tcW w:w="38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............................................................................................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............................................................................................</w:t>
            </w:r>
          </w:p>
        </w:tc>
      </w:tr>
      <w:tr w:rsidR="00DF46C2" w:rsidRPr="006A7FDE">
        <w:trPr>
          <w:jc w:val="center"/>
        </w:trPr>
        <w:tc>
          <w:tcPr>
            <w:tcW w:w="45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2</w:t>
            </w:r>
          </w:p>
        </w:tc>
        <w:tc>
          <w:tcPr>
            <w:tcW w:w="289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............................................................................................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............................................................................................</w:t>
            </w:r>
          </w:p>
        </w:tc>
        <w:tc>
          <w:tcPr>
            <w:tcW w:w="4536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Rodzaj robót: ........................................................</w:t>
            </w:r>
            <w:r w:rsidRPr="006A7FDE">
              <w:rPr>
                <w:rFonts w:ascii="Times New Roman" w:hAnsi="Times New Roman" w:cs="Times New Roman"/>
                <w:sz w:val="15"/>
              </w:rPr>
              <w:t>........................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Zakres robót obejmował: .................................................................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Realizacja pod nadzorem konserwatora zabytków: TAK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Nazwa organu/konserwatora: ........................................................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......</w:t>
            </w:r>
            <w:r w:rsidRPr="006A7FDE">
              <w:rPr>
                <w:rFonts w:ascii="Times New Roman" w:hAnsi="Times New Roman" w:cs="Times New Roman"/>
                <w:sz w:val="15"/>
              </w:rPr>
              <w:t>................. zł brutto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od __.__.____ r.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do __.__.____ r.</w:t>
            </w:r>
          </w:p>
        </w:tc>
        <w:tc>
          <w:tcPr>
            <w:tcW w:w="3855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sz w:val="15"/>
              </w:rPr>
              <w:t>............................................................................................</w:t>
            </w:r>
            <w:r w:rsidRPr="006A7FDE">
              <w:rPr>
                <w:rFonts w:ascii="Times New Roman" w:hAnsi="Times New Roman" w:cs="Times New Roman"/>
              </w:rPr>
              <w:br/>
            </w:r>
            <w:r w:rsidRPr="006A7FDE">
              <w:rPr>
                <w:rFonts w:ascii="Times New Roman" w:hAnsi="Times New Roman" w:cs="Times New Roman"/>
                <w:sz w:val="15"/>
              </w:rPr>
              <w:t>............................................................................................</w:t>
            </w:r>
          </w:p>
        </w:tc>
      </w:tr>
      <w:tr w:rsidR="00DF46C2" w:rsidRPr="006A7FDE">
        <w:trPr>
          <w:jc w:val="center"/>
        </w:trPr>
        <w:tc>
          <w:tcPr>
            <w:tcW w:w="453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DF46C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684" w:type="dxa"/>
            <w:gridSpan w:val="5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F46C2" w:rsidRPr="006A7FDE" w:rsidRDefault="006A7FD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A7FDE">
              <w:rPr>
                <w:rFonts w:ascii="Times New Roman" w:hAnsi="Times New Roman" w:cs="Times New Roman"/>
                <w:i/>
                <w:sz w:val="15"/>
              </w:rPr>
              <w:t>W razi</w:t>
            </w:r>
            <w:r w:rsidRPr="006A7FDE">
              <w:rPr>
                <w:rFonts w:ascii="Times New Roman" w:hAnsi="Times New Roman" w:cs="Times New Roman"/>
                <w:i/>
                <w:sz w:val="15"/>
              </w:rPr>
              <w:t>e potrzeby Wykonawca może powielić wiersze tabeli.</w:t>
            </w:r>
          </w:p>
        </w:tc>
      </w:tr>
    </w:tbl>
    <w:p w:rsidR="00DF46C2" w:rsidRPr="006A7FDE" w:rsidRDefault="006A7FDE">
      <w:pPr>
        <w:spacing w:after="40" w:line="240" w:lineRule="auto"/>
        <w:rPr>
          <w:rFonts w:ascii="Times New Roman" w:hAnsi="Times New Roman" w:cs="Times New Roman"/>
        </w:rPr>
      </w:pPr>
      <w:r w:rsidRPr="006A7FDE">
        <w:rPr>
          <w:rFonts w:ascii="Times New Roman" w:hAnsi="Times New Roman" w:cs="Times New Roman"/>
          <w:b/>
          <w:sz w:val="15"/>
        </w:rPr>
        <w:t xml:space="preserve">UWAGA: Do wykazu należy załączyć dowody określające, czy roboty budowlane zostały wykonane należycie. Dowodami są referencje bądź inne dokumenty sporządzone przez podmiot, na rzecz którego roboty </w:t>
      </w:r>
      <w:r w:rsidRPr="006A7FDE">
        <w:rPr>
          <w:rFonts w:ascii="Times New Roman" w:hAnsi="Times New Roman" w:cs="Times New Roman"/>
          <w:b/>
          <w:sz w:val="15"/>
        </w:rPr>
        <w:t>budowlane zostały wykonane, a jeżeli Wykonawca z przyczyn niezależnych od niego nie jest w stanie uzyskać tych dokumentów - inne odpowiednie dokumenty.</w:t>
      </w:r>
    </w:p>
    <w:p w:rsidR="00DF46C2" w:rsidRPr="006A7FDE" w:rsidRDefault="006A7FDE">
      <w:pPr>
        <w:spacing w:after="80" w:line="240" w:lineRule="auto"/>
        <w:rPr>
          <w:rFonts w:ascii="Times New Roman" w:hAnsi="Times New Roman" w:cs="Times New Roman"/>
        </w:rPr>
      </w:pPr>
      <w:r w:rsidRPr="006A7FDE">
        <w:rPr>
          <w:rFonts w:ascii="Times New Roman" w:hAnsi="Times New Roman" w:cs="Times New Roman"/>
          <w:sz w:val="15"/>
        </w:rPr>
        <w:t>W przypadku doświadczenia zdobytego przy realizacji robót wspólnie z innymi wykonawcami należy wykazać w</w:t>
      </w:r>
      <w:r w:rsidRPr="006A7FDE">
        <w:rPr>
          <w:rFonts w:ascii="Times New Roman" w:hAnsi="Times New Roman" w:cs="Times New Roman"/>
          <w:sz w:val="15"/>
        </w:rPr>
        <w:t>yłącznie tę część zamówienia, którą Wykonawca faktycznie i bezpośrednio wykonał, wraz ze wskazaniem jej wartości. Warunek nie podlega sumowaniu w przypadku konsorcjów - co najmniej jeden z wykonawców musi spełniać go samodzielnie. Analogiczne zasady mają z</w:t>
      </w:r>
      <w:r w:rsidRPr="006A7FDE">
        <w:rPr>
          <w:rFonts w:ascii="Times New Roman" w:hAnsi="Times New Roman" w:cs="Times New Roman"/>
          <w:sz w:val="15"/>
        </w:rPr>
        <w:t>astosowanie do podmiotów udostępniających zasoby.</w:t>
      </w:r>
    </w:p>
    <w:p w:rsidR="00DF46C2" w:rsidRPr="006A7FDE" w:rsidRDefault="006A7FDE">
      <w:pPr>
        <w:spacing w:after="160" w:line="240" w:lineRule="auto"/>
        <w:rPr>
          <w:rFonts w:ascii="Times New Roman" w:hAnsi="Times New Roman" w:cs="Times New Roman"/>
        </w:rPr>
      </w:pPr>
      <w:r w:rsidRPr="006A7FDE">
        <w:rPr>
          <w:rFonts w:ascii="Times New Roman" w:hAnsi="Times New Roman" w:cs="Times New Roman"/>
          <w:sz w:val="17"/>
        </w:rPr>
        <w:t>Miejscowość, data: ...........................................................</w:t>
      </w:r>
    </w:p>
    <w:p w:rsidR="00DF46C2" w:rsidRPr="006A7FDE" w:rsidRDefault="006A7FD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A7FDE">
        <w:rPr>
          <w:rFonts w:ascii="Times New Roman" w:hAnsi="Times New Roman" w:cs="Times New Roman"/>
          <w:sz w:val="17"/>
        </w:rPr>
        <w:t>............................................................................................</w:t>
      </w:r>
    </w:p>
    <w:p w:rsidR="00DF46C2" w:rsidRPr="006A7FDE" w:rsidRDefault="006A7FDE">
      <w:pPr>
        <w:spacing w:after="4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6A7FDE">
        <w:rPr>
          <w:rFonts w:ascii="Times New Roman" w:hAnsi="Times New Roman" w:cs="Times New Roman"/>
          <w:sz w:val="15"/>
        </w:rPr>
        <w:t>kwalifikowany podpis elektroniczny</w:t>
      </w:r>
      <w:r w:rsidRPr="006A7FDE">
        <w:rPr>
          <w:rFonts w:ascii="Times New Roman" w:hAnsi="Times New Roman" w:cs="Times New Roman"/>
          <w:sz w:val="15"/>
        </w:rPr>
        <w:t>, podpis zaufany albo podpis osobisty osoby/osób uprawnionej/-ych do reprezentacji Wykonawcy</w:t>
      </w:r>
    </w:p>
    <w:sectPr w:rsidR="00DF46C2" w:rsidRPr="006A7FDE" w:rsidSect="00034616">
      <w:pgSz w:w="16838" w:h="11906" w:orient="landscape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A7FDE"/>
    <w:rsid w:val="00AA1D8D"/>
    <w:rsid w:val="00B47730"/>
    <w:rsid w:val="00CB0664"/>
    <w:rsid w:val="00DF46C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5B8F386A-9266-4177-96BE-F7E3BA197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693F"/>
    <w:rPr>
      <w:rFonts w:ascii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F268CB-31BC-49DA-AFC0-33E50E13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664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Barwicka</dc:creator>
  <cp:keywords/>
  <cp:lastModifiedBy>Marzena Barwicka</cp:lastModifiedBy>
  <cp:revision>2</cp:revision>
  <dcterms:created xsi:type="dcterms:W3CDTF">2013-12-23T23:15:00Z</dcterms:created>
  <dcterms:modified xsi:type="dcterms:W3CDTF">2026-06-22T08:22:00Z</dcterms:modified>
  <cp:category/>
</cp:coreProperties>
</file>