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E00" w:rsidRPr="00393032" w:rsidRDefault="00393032">
      <w:pPr>
        <w:spacing w:after="0"/>
        <w:rPr>
          <w:sz w:val="22"/>
        </w:rPr>
      </w:pPr>
      <w:r>
        <w:rPr>
          <w:sz w:val="18"/>
        </w:rPr>
        <w:t>MJM-ZP-26-1-RB-2026</w:t>
      </w:r>
    </w:p>
    <w:p w:rsidR="007B5E00" w:rsidRPr="00393032" w:rsidRDefault="00393032">
      <w:pPr>
        <w:spacing w:after="160"/>
        <w:jc w:val="right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b/>
          <w:sz w:val="22"/>
        </w:rPr>
        <w:t>Załącznik nr 7 do SWZ</w:t>
      </w:r>
    </w:p>
    <w:p w:rsidR="007B5E00" w:rsidRPr="00393032" w:rsidRDefault="00393032">
      <w:pPr>
        <w:jc w:val="center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sz w:val="22"/>
        </w:rPr>
        <w:t>/wzór/</w:t>
      </w:r>
    </w:p>
    <w:p w:rsidR="007B5E00" w:rsidRPr="00393032" w:rsidRDefault="00393032">
      <w:pPr>
        <w:spacing w:after="20"/>
        <w:jc w:val="center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b/>
          <w:sz w:val="22"/>
        </w:rPr>
        <w:t>ZOBOWIĄZANIE PODMIOTU UDOSTĘPNIAJĄCEGO ZASOBY</w:t>
      </w:r>
    </w:p>
    <w:p w:rsidR="007B5E00" w:rsidRPr="00393032" w:rsidRDefault="00393032">
      <w:pPr>
        <w:spacing w:after="20"/>
        <w:jc w:val="center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b/>
          <w:sz w:val="22"/>
        </w:rPr>
        <w:t>do oddania do dyspozycji Wykonawcy niezbędnych zasobów na potrzeby realizacji zamówienia</w:t>
      </w:r>
    </w:p>
    <w:p w:rsidR="007B5E00" w:rsidRPr="00393032" w:rsidRDefault="00393032">
      <w:pPr>
        <w:spacing w:after="160"/>
        <w:jc w:val="center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sz w:val="22"/>
        </w:rPr>
        <w:t xml:space="preserve">składane na podstawie art. 118 ustawy z dnia 11 września 2019 r. Prawo </w:t>
      </w:r>
      <w:r w:rsidRPr="00393032">
        <w:rPr>
          <w:rFonts w:ascii="Times New Roman" w:hAnsi="Times New Roman" w:cs="Times New Roman"/>
          <w:sz w:val="22"/>
        </w:rPr>
        <w:t>zamówień publicznych</w:t>
      </w:r>
    </w:p>
    <w:p w:rsidR="007B5E00" w:rsidRPr="00393032" w:rsidRDefault="00393032">
      <w:pPr>
        <w:spacing w:after="20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b/>
          <w:sz w:val="22"/>
        </w:rPr>
        <w:t>Podmiot udostępniający zasoby:</w:t>
      </w:r>
    </w:p>
    <w:p w:rsidR="007B5E00" w:rsidRPr="00393032" w:rsidRDefault="00393032">
      <w:pPr>
        <w:spacing w:after="0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sz w:val="22"/>
        </w:rPr>
        <w:t>pełna nazwa/firma, adres, NIP/PESEL, KRS/CEiDG:</w:t>
      </w:r>
    </w:p>
    <w:p w:rsidR="007B5E00" w:rsidRPr="00393032" w:rsidRDefault="00393032">
      <w:pPr>
        <w:spacing w:after="20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sz w:val="22"/>
        </w:rPr>
        <w:t>....................................................................................................</w:t>
      </w:r>
    </w:p>
    <w:p w:rsidR="007B5E00" w:rsidRPr="00393032" w:rsidRDefault="00393032">
      <w:pPr>
        <w:spacing w:after="0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sz w:val="22"/>
        </w:rPr>
        <w:t>reprezentowany przez (imię, nazwisko, stanowisko/podsta</w:t>
      </w:r>
      <w:r w:rsidRPr="00393032">
        <w:rPr>
          <w:rFonts w:ascii="Times New Roman" w:hAnsi="Times New Roman" w:cs="Times New Roman"/>
          <w:sz w:val="22"/>
        </w:rPr>
        <w:t>wa reprezentacji):</w:t>
      </w:r>
    </w:p>
    <w:p w:rsidR="007B5E00" w:rsidRPr="00393032" w:rsidRDefault="00393032">
      <w:pPr>
        <w:spacing w:after="20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sz w:val="22"/>
        </w:rPr>
        <w:t>....................................................................................................</w:t>
      </w:r>
    </w:p>
    <w:p w:rsidR="007B5E00" w:rsidRPr="00393032" w:rsidRDefault="00393032" w:rsidP="00393032">
      <w:pPr>
        <w:jc w:val="both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sz w:val="22"/>
        </w:rPr>
        <w:t>Oświadczam(-y), że w postępowaniu o udzielenie zamówienia publicznego prowadzonym w trybie podstawowym na podstawie art. 275 pkt 2 ustaw</w:t>
      </w:r>
      <w:r w:rsidRPr="00393032">
        <w:rPr>
          <w:rFonts w:ascii="Times New Roman" w:hAnsi="Times New Roman" w:cs="Times New Roman"/>
          <w:sz w:val="22"/>
        </w:rPr>
        <w:t>y Pzp pn. „Przebudowa toalety oraz wymiana dźwigu osobowego i podnośnika pionowego w budynku Muzeum im. J. Malczewskiego w Radomiu”, prowadzonym przez Muzeum im. Jacka Malczewskiego w Radomiu, na zasadach określonych w art. 118 ustawy Pzp, zobowiązuję(-emy</w:t>
      </w:r>
      <w:r w:rsidRPr="00393032">
        <w:rPr>
          <w:rFonts w:ascii="Times New Roman" w:hAnsi="Times New Roman" w:cs="Times New Roman"/>
          <w:sz w:val="22"/>
        </w:rPr>
        <w:t>) się do oddania do dyspozycji Wykonawcy:</w:t>
      </w:r>
    </w:p>
    <w:p w:rsidR="007B5E00" w:rsidRPr="00393032" w:rsidRDefault="00393032">
      <w:pPr>
        <w:spacing w:after="0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sz w:val="22"/>
        </w:rPr>
        <w:t>nazwa i adres Wykonawcy, któremu udostępniane są zasoby:</w:t>
      </w:r>
    </w:p>
    <w:p w:rsidR="007B5E00" w:rsidRPr="00393032" w:rsidRDefault="00393032">
      <w:pPr>
        <w:spacing w:after="20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sz w:val="22"/>
        </w:rPr>
        <w:t>....................................................................................................</w:t>
      </w:r>
    </w:p>
    <w:p w:rsidR="007B5E00" w:rsidRPr="00393032" w:rsidRDefault="00393032">
      <w:pPr>
        <w:spacing w:after="20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sz w:val="22"/>
        </w:rPr>
        <w:t>........................................................</w:t>
      </w:r>
      <w:r w:rsidRPr="00393032">
        <w:rPr>
          <w:rFonts w:ascii="Times New Roman" w:hAnsi="Times New Roman" w:cs="Times New Roman"/>
          <w:sz w:val="22"/>
        </w:rPr>
        <w:t>............................................</w:t>
      </w:r>
    </w:p>
    <w:p w:rsidR="007B5E00" w:rsidRPr="00393032" w:rsidRDefault="00393032">
      <w:pPr>
        <w:spacing w:after="100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sz w:val="22"/>
        </w:rPr>
        <w:t>niezbędnych zasobów na potrzeby realizacji zamówienia, w zakresie i na zasadach wskazanych poniżej.</w:t>
      </w:r>
    </w:p>
    <w:p w:rsidR="007B5E00" w:rsidRPr="00393032" w:rsidRDefault="00393032">
      <w:pPr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b/>
          <w:sz w:val="22"/>
        </w:rPr>
        <w:t>1. Zakres udostępnianych zasobów</w:t>
      </w:r>
    </w:p>
    <w:p w:rsidR="007B5E00" w:rsidRPr="00393032" w:rsidRDefault="00393032">
      <w:pPr>
        <w:spacing w:after="40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sz w:val="22"/>
        </w:rPr>
        <w:t>Udostępniane zasoby obejmują w szczególności (zaznaczyć właściwe i opisać szcz</w:t>
      </w:r>
      <w:r w:rsidRPr="00393032">
        <w:rPr>
          <w:rFonts w:ascii="Times New Roman" w:hAnsi="Times New Roman" w:cs="Times New Roman"/>
          <w:sz w:val="22"/>
        </w:rPr>
        <w:t>egółowo):</w:t>
      </w:r>
    </w:p>
    <w:p w:rsidR="007B5E00" w:rsidRPr="00393032" w:rsidRDefault="00393032" w:rsidP="00393032">
      <w:pPr>
        <w:spacing w:after="0"/>
        <w:jc w:val="both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sz w:val="22"/>
        </w:rPr>
        <w:t>[ ] zdolność techniczną lub zawodową / doświadczenie w realizacji robót budowlanych, w tym robót realizowanych pod nadzorem konserwatora zabytków w obiektach budowlanych:</w:t>
      </w:r>
    </w:p>
    <w:p w:rsidR="007B5E00" w:rsidRPr="00393032" w:rsidRDefault="00393032">
      <w:pPr>
        <w:spacing w:after="20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sz w:val="22"/>
        </w:rPr>
        <w:t>...........................................................................</w:t>
      </w:r>
      <w:r w:rsidRPr="00393032">
        <w:rPr>
          <w:rFonts w:ascii="Times New Roman" w:hAnsi="Times New Roman" w:cs="Times New Roman"/>
          <w:sz w:val="22"/>
        </w:rPr>
        <w:t>.........................</w:t>
      </w:r>
    </w:p>
    <w:p w:rsidR="007B5E00" w:rsidRPr="00393032" w:rsidRDefault="00393032" w:rsidP="00393032">
      <w:pPr>
        <w:spacing w:after="0"/>
        <w:jc w:val="both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sz w:val="22"/>
        </w:rPr>
        <w:t>[ ] osoby skierowane do realizacji zamówienia, w szczególności osoby posiadające wymagane uprawnienia budowlane lub doświadczenie:</w:t>
      </w:r>
    </w:p>
    <w:p w:rsidR="007B5E00" w:rsidRPr="00393032" w:rsidRDefault="00393032">
      <w:pPr>
        <w:spacing w:after="20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sz w:val="22"/>
        </w:rPr>
        <w:t>...................................................................................................</w:t>
      </w:r>
      <w:r w:rsidRPr="00393032">
        <w:rPr>
          <w:rFonts w:ascii="Times New Roman" w:hAnsi="Times New Roman" w:cs="Times New Roman"/>
          <w:sz w:val="22"/>
        </w:rPr>
        <w:t>.</w:t>
      </w:r>
    </w:p>
    <w:p w:rsidR="007B5E00" w:rsidRPr="00393032" w:rsidRDefault="00393032">
      <w:pPr>
        <w:spacing w:after="0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sz w:val="22"/>
        </w:rPr>
        <w:t>[ ] sytuację ekonomiczną lub finansową:</w:t>
      </w:r>
    </w:p>
    <w:p w:rsidR="007B5E00" w:rsidRPr="00393032" w:rsidRDefault="00393032">
      <w:pPr>
        <w:spacing w:after="20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sz w:val="22"/>
        </w:rPr>
        <w:t>....................................................................................................</w:t>
      </w:r>
    </w:p>
    <w:p w:rsidR="007B5E00" w:rsidRPr="00393032" w:rsidRDefault="00393032">
      <w:pPr>
        <w:spacing w:after="0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sz w:val="22"/>
        </w:rPr>
        <w:t>[ ] inne zasoby niezbędne do wykonania zamówienia:</w:t>
      </w:r>
    </w:p>
    <w:p w:rsidR="007B5E00" w:rsidRPr="00393032" w:rsidRDefault="00393032">
      <w:pPr>
        <w:spacing w:after="20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sz w:val="22"/>
        </w:rPr>
        <w:t>....................................................................................................</w:t>
      </w:r>
    </w:p>
    <w:p w:rsidR="007B5E00" w:rsidRPr="00393032" w:rsidRDefault="00393032">
      <w:pPr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b/>
          <w:sz w:val="22"/>
        </w:rPr>
        <w:t>2. Sposób udostępnienia i wykorzystania zasobów przez Wykonawcę</w:t>
      </w:r>
    </w:p>
    <w:p w:rsidR="007B5E00" w:rsidRPr="00393032" w:rsidRDefault="00393032" w:rsidP="00393032">
      <w:pPr>
        <w:spacing w:after="40"/>
        <w:jc w:val="both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sz w:val="22"/>
        </w:rPr>
        <w:t>Zasoby zostaną udostępnione Wykonawcy w następujący sposób, zapewniający rzeczywisty dostęp</w:t>
      </w:r>
      <w:r w:rsidRPr="00393032">
        <w:rPr>
          <w:rFonts w:ascii="Times New Roman" w:hAnsi="Times New Roman" w:cs="Times New Roman"/>
          <w:sz w:val="22"/>
        </w:rPr>
        <w:t xml:space="preserve"> do zasobów w trakcie realizacji zamówienia:</w:t>
      </w:r>
    </w:p>
    <w:p w:rsidR="007B5E00" w:rsidRPr="00393032" w:rsidRDefault="00393032" w:rsidP="00393032">
      <w:pPr>
        <w:spacing w:after="0"/>
        <w:jc w:val="both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sz w:val="22"/>
        </w:rPr>
        <w:t>a) forma udostępnienia zasobów, np. podwykonawstwo, udział personelu, konsultacje techniczne, nadzór merytoryczny, wsparcie organizacyjne:</w:t>
      </w:r>
    </w:p>
    <w:p w:rsidR="007B5E00" w:rsidRPr="00393032" w:rsidRDefault="00393032">
      <w:pPr>
        <w:spacing w:after="20"/>
        <w:rPr>
          <w:rFonts w:ascii="Times New Roman" w:hAnsi="Times New Roman" w:cs="Times New Roman"/>
        </w:rPr>
      </w:pPr>
      <w:r w:rsidRPr="00393032">
        <w:rPr>
          <w:rFonts w:ascii="Times New Roman" w:hAnsi="Times New Roman" w:cs="Times New Roman"/>
          <w:sz w:val="19"/>
        </w:rPr>
        <w:t>........................................................................</w:t>
      </w:r>
      <w:r w:rsidRPr="00393032">
        <w:rPr>
          <w:rFonts w:ascii="Times New Roman" w:hAnsi="Times New Roman" w:cs="Times New Roman"/>
          <w:sz w:val="19"/>
        </w:rPr>
        <w:t>............................</w:t>
      </w:r>
    </w:p>
    <w:p w:rsidR="007B5E00" w:rsidRPr="00393032" w:rsidRDefault="00393032">
      <w:pPr>
        <w:spacing w:after="20"/>
        <w:rPr>
          <w:rFonts w:ascii="Times New Roman" w:hAnsi="Times New Roman" w:cs="Times New Roman"/>
        </w:rPr>
      </w:pPr>
      <w:r w:rsidRPr="00393032">
        <w:rPr>
          <w:rFonts w:ascii="Times New Roman" w:hAnsi="Times New Roman" w:cs="Times New Roman"/>
          <w:sz w:val="19"/>
        </w:rPr>
        <w:t>....................................................................................................</w:t>
      </w:r>
    </w:p>
    <w:p w:rsidR="007B5E00" w:rsidRPr="00393032" w:rsidRDefault="00393032" w:rsidP="00393032">
      <w:pPr>
        <w:spacing w:after="0"/>
        <w:jc w:val="both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sz w:val="22"/>
        </w:rPr>
        <w:t>b) sposób wykorzystania zasobów przy realizacji robót dotyczących przebudowy toalety oraz wymiany dźwigu osobowego i podnośnik</w:t>
      </w:r>
      <w:r w:rsidRPr="00393032">
        <w:rPr>
          <w:rFonts w:ascii="Times New Roman" w:hAnsi="Times New Roman" w:cs="Times New Roman"/>
          <w:sz w:val="22"/>
        </w:rPr>
        <w:t>a pionowego:</w:t>
      </w:r>
    </w:p>
    <w:p w:rsidR="007B5E00" w:rsidRPr="00393032" w:rsidRDefault="00393032" w:rsidP="00393032">
      <w:pPr>
        <w:spacing w:after="20"/>
        <w:jc w:val="both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sz w:val="22"/>
        </w:rPr>
        <w:t>....................................................................................................</w:t>
      </w:r>
    </w:p>
    <w:p w:rsidR="007B5E00" w:rsidRPr="00393032" w:rsidRDefault="00393032" w:rsidP="00393032">
      <w:pPr>
        <w:spacing w:after="20"/>
        <w:jc w:val="both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sz w:val="22"/>
        </w:rPr>
        <w:t>....................................................................................................</w:t>
      </w:r>
    </w:p>
    <w:p w:rsidR="007B5E00" w:rsidRPr="00393032" w:rsidRDefault="00393032" w:rsidP="00393032">
      <w:pPr>
        <w:jc w:val="both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b/>
          <w:sz w:val="22"/>
        </w:rPr>
        <w:t>3. Okres udostępnienia zasobów</w:t>
      </w:r>
    </w:p>
    <w:p w:rsidR="007B5E00" w:rsidRPr="00393032" w:rsidRDefault="00393032" w:rsidP="00393032">
      <w:pPr>
        <w:spacing w:after="20"/>
        <w:jc w:val="both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sz w:val="22"/>
        </w:rPr>
        <w:t>Zasoby będ</w:t>
      </w:r>
      <w:r w:rsidRPr="00393032">
        <w:rPr>
          <w:rFonts w:ascii="Times New Roman" w:hAnsi="Times New Roman" w:cs="Times New Roman"/>
          <w:sz w:val="22"/>
        </w:rPr>
        <w:t>ą udostępnione Wykonawcy przez następujący okres:</w:t>
      </w:r>
    </w:p>
    <w:p w:rsidR="007B5E00" w:rsidRPr="00393032" w:rsidRDefault="00393032" w:rsidP="00393032">
      <w:pPr>
        <w:spacing w:after="20"/>
        <w:jc w:val="both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sz w:val="22"/>
        </w:rPr>
        <w:t>....................................................................................................</w:t>
      </w:r>
    </w:p>
    <w:p w:rsidR="007B5E00" w:rsidRPr="00393032" w:rsidRDefault="00393032" w:rsidP="00393032">
      <w:pPr>
        <w:spacing w:after="80"/>
        <w:jc w:val="both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sz w:val="22"/>
        </w:rPr>
        <w:t xml:space="preserve">(np. od dnia złożenia oferty / od dnia zawarcia umowy do zakończenia realizacji zamówienia, a w zakresie </w:t>
      </w:r>
      <w:r w:rsidRPr="00393032">
        <w:rPr>
          <w:rFonts w:ascii="Times New Roman" w:hAnsi="Times New Roman" w:cs="Times New Roman"/>
          <w:sz w:val="22"/>
        </w:rPr>
        <w:t>obowiązków gwarancyjnych lub rękojmi - przez okres niezbędny do ich wykonania, jeżeli dotyczy)</w:t>
      </w:r>
    </w:p>
    <w:p w:rsidR="007B5E00" w:rsidRPr="00393032" w:rsidRDefault="00393032" w:rsidP="00393032">
      <w:pPr>
        <w:jc w:val="both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b/>
          <w:sz w:val="22"/>
        </w:rPr>
        <w:t>4. Udział podmiotu udostępniającego zasoby w realizacji zamówienia</w:t>
      </w:r>
    </w:p>
    <w:p w:rsidR="007B5E00" w:rsidRPr="00393032" w:rsidRDefault="00393032" w:rsidP="00393032">
      <w:pPr>
        <w:spacing w:after="20"/>
        <w:jc w:val="both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sz w:val="22"/>
        </w:rPr>
        <w:lastRenderedPageBreak/>
        <w:t xml:space="preserve">Jeżeli Wykonawca polega na zdolnościach podmiotu udostępniającego zasoby w zakresie </w:t>
      </w:r>
      <w:r w:rsidRPr="00393032">
        <w:rPr>
          <w:rFonts w:ascii="Times New Roman" w:hAnsi="Times New Roman" w:cs="Times New Roman"/>
          <w:sz w:val="22"/>
        </w:rPr>
        <w:t>wykształcenia, kwalifikacji zawodowych lub doświadczenia, podmiot udostępniający zasoby zobowiązuje się do wykonania robót budowlanych lub usług, do realizacji których te zdolności są wymagane, w następującym zakresie:</w:t>
      </w:r>
    </w:p>
    <w:p w:rsidR="007B5E00" w:rsidRPr="00393032" w:rsidRDefault="00393032">
      <w:pPr>
        <w:spacing w:after="20"/>
        <w:rPr>
          <w:rFonts w:ascii="Times New Roman" w:hAnsi="Times New Roman" w:cs="Times New Roman"/>
        </w:rPr>
      </w:pPr>
      <w:r w:rsidRPr="00393032">
        <w:rPr>
          <w:rFonts w:ascii="Times New Roman" w:hAnsi="Times New Roman" w:cs="Times New Roman"/>
          <w:sz w:val="19"/>
        </w:rPr>
        <w:t>.....................................</w:t>
      </w:r>
      <w:r w:rsidRPr="00393032">
        <w:rPr>
          <w:rFonts w:ascii="Times New Roman" w:hAnsi="Times New Roman" w:cs="Times New Roman"/>
          <w:sz w:val="19"/>
        </w:rPr>
        <w:t>...............................................................</w:t>
      </w:r>
    </w:p>
    <w:p w:rsidR="007B5E00" w:rsidRPr="00393032" w:rsidRDefault="00393032">
      <w:pPr>
        <w:spacing w:after="20"/>
        <w:rPr>
          <w:rFonts w:ascii="Times New Roman" w:hAnsi="Times New Roman" w:cs="Times New Roman"/>
        </w:rPr>
      </w:pPr>
      <w:r w:rsidRPr="00393032">
        <w:rPr>
          <w:rFonts w:ascii="Times New Roman" w:hAnsi="Times New Roman" w:cs="Times New Roman"/>
          <w:sz w:val="19"/>
        </w:rPr>
        <w:t>....................................................................................................</w:t>
      </w:r>
    </w:p>
    <w:p w:rsidR="007B5E00" w:rsidRPr="00393032" w:rsidRDefault="00393032">
      <w:pPr>
        <w:spacing w:after="100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sz w:val="22"/>
        </w:rPr>
        <w:t>W szczególności należy wskazać, czy podmiot udostępniający zasoby będzie występował jako po</w:t>
      </w:r>
      <w:r w:rsidRPr="00393032">
        <w:rPr>
          <w:rFonts w:ascii="Times New Roman" w:hAnsi="Times New Roman" w:cs="Times New Roman"/>
          <w:sz w:val="22"/>
        </w:rPr>
        <w:t>dwykonawca oraz jaką część zamówienia wykona.</w:t>
      </w:r>
    </w:p>
    <w:p w:rsidR="007B5E00" w:rsidRPr="00393032" w:rsidRDefault="00393032">
      <w:pPr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b/>
          <w:sz w:val="22"/>
        </w:rPr>
        <w:t>5. Stosunek łączący podmiot udostępniający zasoby z Wykonawcą</w:t>
      </w:r>
    </w:p>
    <w:p w:rsidR="007B5E00" w:rsidRPr="00393032" w:rsidRDefault="00393032" w:rsidP="00393032">
      <w:pPr>
        <w:spacing w:after="20"/>
        <w:jc w:val="both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sz w:val="22"/>
        </w:rPr>
        <w:t>Stosunek łączący podmiot udostępniający zasoby z Wykonawcą, gwarantujący rzeczywisty dostęp do udostępnianych zasobów, jest następujący:</w:t>
      </w:r>
    </w:p>
    <w:p w:rsidR="007B5E00" w:rsidRPr="00393032" w:rsidRDefault="00393032">
      <w:pPr>
        <w:spacing w:after="20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sz w:val="22"/>
        </w:rPr>
        <w:t>.........</w:t>
      </w:r>
      <w:r w:rsidRPr="00393032">
        <w:rPr>
          <w:rFonts w:ascii="Times New Roman" w:hAnsi="Times New Roman" w:cs="Times New Roman"/>
          <w:sz w:val="22"/>
        </w:rPr>
        <w:t>...........................................................................................</w:t>
      </w:r>
    </w:p>
    <w:p w:rsidR="007B5E00" w:rsidRPr="00393032" w:rsidRDefault="00393032">
      <w:pPr>
        <w:spacing w:after="100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sz w:val="22"/>
        </w:rPr>
        <w:t>(np. umowa podwykonawstwa, umowa o współpracy, umowa cywilnoprawna, zobowiązanie organizacyjne lub inny stosunek prawny)</w:t>
      </w:r>
    </w:p>
    <w:p w:rsidR="007B5E00" w:rsidRPr="00393032" w:rsidRDefault="00393032">
      <w:pPr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b/>
          <w:sz w:val="22"/>
        </w:rPr>
        <w:t>6. Oświadczenia podmiotu udostępniającego z</w:t>
      </w:r>
      <w:r w:rsidRPr="00393032">
        <w:rPr>
          <w:rFonts w:ascii="Times New Roman" w:hAnsi="Times New Roman" w:cs="Times New Roman"/>
          <w:b/>
          <w:sz w:val="22"/>
        </w:rPr>
        <w:t>asoby</w:t>
      </w:r>
    </w:p>
    <w:p w:rsidR="007B5E00" w:rsidRPr="00393032" w:rsidRDefault="00393032" w:rsidP="00393032">
      <w:pPr>
        <w:spacing w:after="40"/>
        <w:ind w:left="255" w:hanging="255"/>
        <w:jc w:val="both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sz w:val="22"/>
        </w:rPr>
        <w:t>• Oświadczam(-y), że udostępnione zasoby będą realnie dostępne Wykonawcy przez cały okres niezbędny do należytego wykonania zamówienia.</w:t>
      </w:r>
    </w:p>
    <w:p w:rsidR="007B5E00" w:rsidRPr="00393032" w:rsidRDefault="00393032" w:rsidP="00393032">
      <w:pPr>
        <w:spacing w:after="40"/>
        <w:ind w:left="255" w:hanging="255"/>
        <w:jc w:val="both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sz w:val="22"/>
        </w:rPr>
        <w:t xml:space="preserve">• Oświadczam(-y), że zobowiązuję(-emy) się do współpracy z Wykonawcą w sposób umożliwiający Zamawiającemu ocenę, </w:t>
      </w:r>
      <w:r w:rsidRPr="00393032">
        <w:rPr>
          <w:rFonts w:ascii="Times New Roman" w:hAnsi="Times New Roman" w:cs="Times New Roman"/>
          <w:sz w:val="22"/>
        </w:rPr>
        <w:t>czy Wykonawca będzie dysponował wymaganymi zasobami oraz czy stosunek łączący nas z Wykonawcą gwarantuje rzeczywisty dostęp do tych zasobów.</w:t>
      </w:r>
    </w:p>
    <w:p w:rsidR="007B5E00" w:rsidRPr="00393032" w:rsidRDefault="00393032" w:rsidP="00393032">
      <w:pPr>
        <w:spacing w:after="40"/>
        <w:ind w:left="255" w:hanging="255"/>
        <w:jc w:val="both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sz w:val="22"/>
        </w:rPr>
        <w:t>• Oświadczam(-y), że w przypadku udostępnienia zasobów dotyczących sytuacji ekonomicznej lub finansowej ponoszę(-im</w:t>
      </w:r>
      <w:r w:rsidRPr="00393032">
        <w:rPr>
          <w:rFonts w:ascii="Times New Roman" w:hAnsi="Times New Roman" w:cs="Times New Roman"/>
          <w:sz w:val="22"/>
        </w:rPr>
        <w:t>y) solidarną odpowiedzialność z Wykonawcą za szkodę Zamawiającego powstałą wskutek nieudostępnienia tych zasobów, chyba że za nieudostępnienie zasobów nie ponoszę(-imy) winy.</w:t>
      </w:r>
    </w:p>
    <w:p w:rsidR="007B5E00" w:rsidRPr="00393032" w:rsidRDefault="00393032" w:rsidP="00393032">
      <w:pPr>
        <w:spacing w:after="40"/>
        <w:ind w:left="255" w:hanging="255"/>
        <w:jc w:val="both"/>
        <w:rPr>
          <w:rFonts w:ascii="Times New Roman" w:hAnsi="Times New Roman" w:cs="Times New Roman"/>
          <w:sz w:val="22"/>
        </w:rPr>
      </w:pPr>
      <w:bookmarkStart w:id="0" w:name="_GoBack"/>
      <w:r w:rsidRPr="00393032">
        <w:rPr>
          <w:rFonts w:ascii="Times New Roman" w:hAnsi="Times New Roman" w:cs="Times New Roman"/>
          <w:sz w:val="22"/>
        </w:rPr>
        <w:t>• Zobowiązuję(-emy) się do niezwłocznego informowania Wykonawcy i Zamawiającego o</w:t>
      </w:r>
      <w:r w:rsidRPr="00393032">
        <w:rPr>
          <w:rFonts w:ascii="Times New Roman" w:hAnsi="Times New Roman" w:cs="Times New Roman"/>
          <w:sz w:val="22"/>
        </w:rPr>
        <w:t xml:space="preserve"> każdej okoliczności mogącej mieć wpływ na zakres, sposób lub okres udostępnienia zasobów.</w:t>
      </w:r>
    </w:p>
    <w:bookmarkEnd w:id="0"/>
    <w:p w:rsidR="007B5E00" w:rsidRPr="00393032" w:rsidRDefault="00393032">
      <w:pPr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b/>
          <w:sz w:val="22"/>
        </w:rPr>
        <w:t>7. Dane podmiotu udostępniającego zasoby do kontaktu</w:t>
      </w:r>
    </w:p>
    <w:p w:rsidR="007B5E00" w:rsidRPr="00393032" w:rsidRDefault="00393032">
      <w:pPr>
        <w:spacing w:after="0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sz w:val="22"/>
        </w:rPr>
        <w:t>adres e-mail / telefon:</w:t>
      </w:r>
    </w:p>
    <w:p w:rsidR="007B5E00" w:rsidRPr="00393032" w:rsidRDefault="00393032">
      <w:pPr>
        <w:spacing w:after="20"/>
        <w:rPr>
          <w:rFonts w:ascii="Times New Roman" w:hAnsi="Times New Roman" w:cs="Times New Roman"/>
          <w:sz w:val="22"/>
        </w:rPr>
      </w:pPr>
      <w:r w:rsidRPr="00393032">
        <w:rPr>
          <w:rFonts w:ascii="Times New Roman" w:hAnsi="Times New Roman" w:cs="Times New Roman"/>
          <w:sz w:val="22"/>
        </w:rPr>
        <w:t>........................................................................................</w:t>
      </w:r>
      <w:r w:rsidRPr="00393032">
        <w:rPr>
          <w:rFonts w:ascii="Times New Roman" w:hAnsi="Times New Roman" w:cs="Times New Roman"/>
          <w:sz w:val="22"/>
        </w:rPr>
        <w:t>............</w:t>
      </w:r>
    </w:p>
    <w:p w:rsidR="007B5E00" w:rsidRPr="00393032" w:rsidRDefault="00393032">
      <w:pPr>
        <w:spacing w:after="160"/>
        <w:rPr>
          <w:rFonts w:ascii="Times New Roman" w:hAnsi="Times New Roman" w:cs="Times New Roman"/>
        </w:rPr>
      </w:pPr>
      <w:r w:rsidRPr="00393032">
        <w:rPr>
          <w:rFonts w:ascii="Times New Roman" w:hAnsi="Times New Roman" w:cs="Times New Roman"/>
        </w:rPr>
        <w:t>Miejscowość i data: ......................................................................</w:t>
      </w:r>
    </w:p>
    <w:p w:rsidR="007B5E00" w:rsidRPr="00393032" w:rsidRDefault="00393032">
      <w:pPr>
        <w:spacing w:after="0"/>
        <w:jc w:val="right"/>
        <w:rPr>
          <w:rFonts w:ascii="Times New Roman" w:hAnsi="Times New Roman" w:cs="Times New Roman"/>
        </w:rPr>
      </w:pPr>
      <w:r w:rsidRPr="00393032">
        <w:rPr>
          <w:rFonts w:ascii="Times New Roman" w:hAnsi="Times New Roman" w:cs="Times New Roman"/>
          <w:sz w:val="17"/>
        </w:rPr>
        <w:t>podpis kwalifikowany, podpis zaufany albo podpis osobisty osoby/osób uprawnionej/-ych do reprezentacji podmiotu udostępniającego zasoby</w:t>
      </w:r>
    </w:p>
    <w:p w:rsidR="007B5E00" w:rsidRPr="00393032" w:rsidRDefault="00393032">
      <w:pPr>
        <w:spacing w:after="20"/>
        <w:rPr>
          <w:rFonts w:ascii="Times New Roman" w:hAnsi="Times New Roman" w:cs="Times New Roman"/>
        </w:rPr>
      </w:pPr>
      <w:r w:rsidRPr="00393032">
        <w:rPr>
          <w:rFonts w:ascii="Times New Roman" w:hAnsi="Times New Roman" w:cs="Times New Roman"/>
          <w:b/>
          <w:sz w:val="18"/>
        </w:rPr>
        <w:t>Uwaga:</w:t>
      </w:r>
    </w:p>
    <w:p w:rsidR="007B5E00" w:rsidRPr="00393032" w:rsidRDefault="00393032">
      <w:pPr>
        <w:spacing w:after="0"/>
        <w:rPr>
          <w:rFonts w:ascii="Times New Roman" w:hAnsi="Times New Roman" w:cs="Times New Roman"/>
        </w:rPr>
      </w:pPr>
      <w:r w:rsidRPr="00393032">
        <w:rPr>
          <w:rFonts w:ascii="Times New Roman" w:hAnsi="Times New Roman" w:cs="Times New Roman"/>
          <w:sz w:val="17"/>
        </w:rPr>
        <w:t>Zobowiąza</w:t>
      </w:r>
      <w:r w:rsidRPr="00393032">
        <w:rPr>
          <w:rFonts w:ascii="Times New Roman" w:hAnsi="Times New Roman" w:cs="Times New Roman"/>
          <w:sz w:val="17"/>
        </w:rPr>
        <w:t>nie należy złożyć wraz z ofertą, jeżeli Wykonawca w celu wykazania spełniania warunków udziału w postępowaniu polega na zdolnościach lub sytuacji podmiotu udostępniającego zasoby.</w:t>
      </w:r>
    </w:p>
    <w:sectPr w:rsidR="007B5E00" w:rsidRPr="00393032" w:rsidSect="00034616">
      <w:pgSz w:w="11906" w:h="16838"/>
      <w:pgMar w:top="964" w:right="964" w:bottom="964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93032"/>
    <w:rsid w:val="007B5E0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FD88A2"/>
  <w14:defaultImageDpi w14:val="300"/>
  <w15:docId w15:val="{BB52C947-B6BD-4A7E-BFDC-91390B272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pPr>
      <w:spacing w:after="60" w:line="252" w:lineRule="auto"/>
    </w:pPr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964EC6-483E-41EE-831F-F4E846344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892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Barwicka</dc:creator>
  <cp:keywords/>
  <cp:lastModifiedBy>Marzena Barwicka</cp:lastModifiedBy>
  <cp:revision>2</cp:revision>
  <dcterms:created xsi:type="dcterms:W3CDTF">2013-12-23T23:15:00Z</dcterms:created>
  <dcterms:modified xsi:type="dcterms:W3CDTF">2026-06-22T08:35:00Z</dcterms:modified>
  <cp:category/>
</cp:coreProperties>
</file>