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18" w:rsidRPr="00911203" w:rsidRDefault="00911203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sz w:val="18"/>
        </w:rPr>
        <w:t>MJM-ZP-26-1-RB-2026</w:t>
      </w:r>
    </w:p>
    <w:p w:rsidR="00743D18" w:rsidRPr="00911203" w:rsidRDefault="00911203">
      <w:pPr>
        <w:spacing w:after="0" w:line="240" w:lineRule="auto"/>
        <w:jc w:val="right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b/>
          <w:sz w:val="22"/>
          <w:lang w:val="pl-PL"/>
        </w:rPr>
        <w:t>Załącznik nr 8 do SWZ</w:t>
      </w:r>
    </w:p>
    <w:p w:rsidR="00743D18" w:rsidRPr="00911203" w:rsidRDefault="00911203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/wzór/</w:t>
      </w:r>
    </w:p>
    <w:p w:rsidR="00743D18" w:rsidRPr="00911203" w:rsidRDefault="00911203">
      <w:pPr>
        <w:spacing w:after="6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b/>
          <w:sz w:val="22"/>
          <w:lang w:val="pl-PL"/>
        </w:rPr>
        <w:t>OŚWIADCZENIE WYKONAWCÓW WSPÓLNIE UBIEGAJĄCYCH SIĘ O UDZIELENIE ZAMÓWIENIA</w:t>
      </w:r>
    </w:p>
    <w:p w:rsidR="00743D18" w:rsidRPr="00911203" w:rsidRDefault="00911203">
      <w:pPr>
        <w:spacing w:after="12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b/>
          <w:sz w:val="22"/>
          <w:lang w:val="pl-PL"/>
        </w:rPr>
        <w:t>o zakresie wykonania zamówienia przez poszczególnych wykonawców wspólnie ubiegających się o udzielenie zamówienia</w:t>
      </w:r>
    </w:p>
    <w:p w:rsidR="00911203" w:rsidRPr="00911203" w:rsidRDefault="00911203" w:rsidP="00911203">
      <w:pPr>
        <w:spacing w:after="2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 xml:space="preserve">imię (imiona) i </w:t>
      </w:r>
      <w:r w:rsidRPr="00911203">
        <w:rPr>
          <w:rFonts w:ascii="Times New Roman" w:hAnsi="Times New Roman" w:cs="Times New Roman"/>
          <w:sz w:val="22"/>
          <w:lang w:val="pl-PL"/>
        </w:rPr>
        <w:t xml:space="preserve">nazwisko (nazwiska) osoby/osób reprezentujących wykonawców wspólnie ubiegających się </w:t>
      </w:r>
      <w:r w:rsidRPr="00911203">
        <w:rPr>
          <w:rFonts w:ascii="Times New Roman" w:hAnsi="Times New Roman" w:cs="Times New Roman"/>
          <w:sz w:val="22"/>
          <w:lang w:val="pl-PL"/>
        </w:rPr>
        <w:br/>
      </w:r>
      <w:r w:rsidRPr="00911203">
        <w:rPr>
          <w:rFonts w:ascii="Times New Roman" w:hAnsi="Times New Roman" w:cs="Times New Roman"/>
          <w:sz w:val="22"/>
          <w:lang w:val="pl-PL"/>
        </w:rPr>
        <w:t xml:space="preserve">o udzielenie zamówienia: </w:t>
      </w:r>
    </w:p>
    <w:p w:rsidR="00743D18" w:rsidRPr="00911203" w:rsidRDefault="00911203" w:rsidP="00911203">
      <w:pPr>
        <w:spacing w:after="2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…………………………………………………………………………………………………………………………</w:t>
      </w:r>
    </w:p>
    <w:p w:rsidR="00743D18" w:rsidRPr="00911203" w:rsidRDefault="00911203">
      <w:pPr>
        <w:spacing w:after="20" w:line="240" w:lineRule="auto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podstawa do reprezentacji: ………………………………………………………………………………………………………………………..</w:t>
      </w:r>
    </w:p>
    <w:p w:rsidR="00743D18" w:rsidRPr="00911203" w:rsidRDefault="00911203">
      <w:pPr>
        <w:spacing w:after="40" w:line="240" w:lineRule="auto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działając w i</w:t>
      </w:r>
      <w:r w:rsidRPr="00911203">
        <w:rPr>
          <w:rFonts w:ascii="Times New Roman" w:hAnsi="Times New Roman" w:cs="Times New Roman"/>
          <w:sz w:val="22"/>
          <w:lang w:val="pl-PL"/>
        </w:rPr>
        <w:t>mieniu i na rzecz wykonawców wspólnie ubiegających się o udzielenie zamówienia:</w:t>
      </w:r>
    </w:p>
    <w:p w:rsidR="00743D18" w:rsidRPr="00911203" w:rsidRDefault="00911203">
      <w:pPr>
        <w:spacing w:after="0" w:line="240" w:lineRule="auto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……………………………………………………………………………………………………………………………</w:t>
      </w:r>
    </w:p>
    <w:p w:rsidR="00743D18" w:rsidRPr="00911203" w:rsidRDefault="00911203">
      <w:pPr>
        <w:spacing w:after="0" w:line="240" w:lineRule="auto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……………………………</w:t>
      </w:r>
      <w:r w:rsidRPr="00911203">
        <w:rPr>
          <w:rFonts w:ascii="Times New Roman" w:hAnsi="Times New Roman" w:cs="Times New Roman"/>
          <w:sz w:val="22"/>
          <w:lang w:val="pl-PL"/>
        </w:rPr>
        <w:t>………………………………………………………………………………………………</w:t>
      </w:r>
    </w:p>
    <w:p w:rsidR="00743D18" w:rsidRPr="00911203" w:rsidRDefault="00911203">
      <w:pPr>
        <w:spacing w:after="100" w:line="240" w:lineRule="auto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(podać nazwy/firmy i adresy wykonawców wspólnie ub</w:t>
      </w:r>
      <w:r w:rsidRPr="00911203">
        <w:rPr>
          <w:rFonts w:ascii="Times New Roman" w:hAnsi="Times New Roman" w:cs="Times New Roman"/>
          <w:sz w:val="22"/>
          <w:lang w:val="pl-PL"/>
        </w:rPr>
        <w:t>iegających się o udzielenie zamówienia, a także NIP/PESEL, KRS/</w:t>
      </w:r>
      <w:proofErr w:type="spellStart"/>
      <w:r w:rsidRPr="00911203">
        <w:rPr>
          <w:rFonts w:ascii="Times New Roman" w:hAnsi="Times New Roman" w:cs="Times New Roman"/>
          <w:sz w:val="22"/>
          <w:lang w:val="pl-PL"/>
        </w:rPr>
        <w:t>CEiDG</w:t>
      </w:r>
      <w:proofErr w:type="spellEnd"/>
      <w:r w:rsidRPr="00911203">
        <w:rPr>
          <w:rFonts w:ascii="Times New Roman" w:hAnsi="Times New Roman" w:cs="Times New Roman"/>
          <w:sz w:val="22"/>
          <w:lang w:val="pl-PL"/>
        </w:rPr>
        <w:t xml:space="preserve"> - odpowiednio do statusu podmiotu)</w:t>
      </w:r>
    </w:p>
    <w:p w:rsidR="00743D18" w:rsidRPr="00911203" w:rsidRDefault="00911203" w:rsidP="00911203">
      <w:pPr>
        <w:spacing w:after="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 xml:space="preserve">W związku ze złożeniem oferty w postępowaniu o udzielenie zamówienia publicznego, prowadzonym w trybie podstawowym na podstawie art. 275 pkt 2 ustawy </w:t>
      </w:r>
      <w:proofErr w:type="spellStart"/>
      <w:r w:rsidRPr="00911203">
        <w:rPr>
          <w:rFonts w:ascii="Times New Roman" w:hAnsi="Times New Roman" w:cs="Times New Roman"/>
          <w:sz w:val="22"/>
          <w:lang w:val="pl-PL"/>
        </w:rPr>
        <w:t>Pz</w:t>
      </w:r>
      <w:r w:rsidRPr="00911203">
        <w:rPr>
          <w:rFonts w:ascii="Times New Roman" w:hAnsi="Times New Roman" w:cs="Times New Roman"/>
          <w:sz w:val="22"/>
          <w:lang w:val="pl-PL"/>
        </w:rPr>
        <w:t>p</w:t>
      </w:r>
      <w:proofErr w:type="spellEnd"/>
      <w:r w:rsidRPr="00911203">
        <w:rPr>
          <w:rFonts w:ascii="Times New Roman" w:hAnsi="Times New Roman" w:cs="Times New Roman"/>
          <w:sz w:val="22"/>
          <w:lang w:val="pl-PL"/>
        </w:rPr>
        <w:t>, pn.:</w:t>
      </w:r>
    </w:p>
    <w:p w:rsidR="00743D18" w:rsidRPr="00911203" w:rsidRDefault="00911203">
      <w:pPr>
        <w:spacing w:after="8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b/>
          <w:sz w:val="22"/>
          <w:lang w:val="pl-PL"/>
        </w:rPr>
        <w:t>„Przebudowa toalety oraz wymiana dźwigu osobowego i podnośnika pionowego w budynku Muzeum im. J. Malczewskiego w Radomiu”</w:t>
      </w:r>
    </w:p>
    <w:p w:rsidR="00743D18" w:rsidRPr="00911203" w:rsidRDefault="00911203" w:rsidP="00911203">
      <w:pPr>
        <w:spacing w:after="8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oświadczam(-my), na podstawie art. 117 ust. 4 ustawy z dnia 11 września 2019 r. - Prawo zamówień publicznych (</w:t>
      </w:r>
      <w:proofErr w:type="spellStart"/>
      <w:r w:rsidRPr="00911203">
        <w:rPr>
          <w:rFonts w:ascii="Times New Roman" w:hAnsi="Times New Roman" w:cs="Times New Roman"/>
          <w:sz w:val="22"/>
          <w:lang w:val="pl-PL"/>
        </w:rPr>
        <w:t>t.j</w:t>
      </w:r>
      <w:proofErr w:type="spellEnd"/>
      <w:r w:rsidRPr="00911203">
        <w:rPr>
          <w:rFonts w:ascii="Times New Roman" w:hAnsi="Times New Roman" w:cs="Times New Roman"/>
          <w:sz w:val="22"/>
          <w:lang w:val="pl-PL"/>
        </w:rPr>
        <w:t>. Dz. U. z 20</w:t>
      </w:r>
      <w:r w:rsidRPr="00911203">
        <w:rPr>
          <w:rFonts w:ascii="Times New Roman" w:hAnsi="Times New Roman" w:cs="Times New Roman"/>
          <w:sz w:val="22"/>
          <w:lang w:val="pl-PL"/>
        </w:rPr>
        <w:t>26 r. poz. 793), że roboty budowlane, dostawy lub usługi, do których realizacji wymagane są zdolności określone w SWZ, wykonają niżej wskazani wykonawcy wspólnie ubiegający się o udzielenie zamówienia: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48"/>
        <w:gridCol w:w="3175"/>
        <w:gridCol w:w="4082"/>
      </w:tblGrid>
      <w:tr w:rsidR="00743D18" w:rsidRPr="00911203" w:rsidTr="00911203">
        <w:trPr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b/>
                <w:sz w:val="15"/>
                <w:lang w:val="pl-PL"/>
              </w:rPr>
              <w:t xml:space="preserve">Nazwa i adres wykonawcy wspólnie ubiegającego się </w:t>
            </w:r>
            <w:r w:rsidRPr="00911203">
              <w:rPr>
                <w:rFonts w:ascii="Times New Roman" w:hAnsi="Times New Roman" w:cs="Times New Roman"/>
                <w:b/>
                <w:sz w:val="15"/>
                <w:lang w:val="pl-PL"/>
              </w:rPr>
              <w:t>o udzielenie zamówienia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b/>
                <w:sz w:val="15"/>
                <w:lang w:val="pl-PL"/>
              </w:rPr>
              <w:t>Zakres warunku udziału w postępowaniu, którego spełnianie wykazuje wykonawca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b/>
                <w:sz w:val="15"/>
                <w:lang w:val="pl-PL"/>
              </w:rPr>
              <w:t>Zakres robót budowlanych / czynności, które wykona wykonawca w ramach zamówienia</w:t>
            </w:r>
          </w:p>
        </w:tc>
      </w:tr>
      <w:tr w:rsidR="00743D18" w:rsidRPr="00911203">
        <w:trPr>
          <w:jc w:val="center"/>
        </w:trPr>
        <w:tc>
          <w:tcPr>
            <w:tcW w:w="567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1.</w:t>
            </w:r>
          </w:p>
        </w:tc>
        <w:tc>
          <w:tcPr>
            <w:tcW w:w="2948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  <w:t>………………………………………………………………</w:t>
            </w:r>
          </w:p>
        </w:tc>
        <w:tc>
          <w:tcPr>
            <w:tcW w:w="3175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 xml:space="preserve">np. doświadczenie w 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wykonaniu robót budowlanych w obiektach zabytkowych / dysponowanie osobą z wymaganymi uprawnieniami</w:t>
            </w:r>
          </w:p>
        </w:tc>
        <w:tc>
          <w:tcPr>
            <w:tcW w:w="4082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np. roboty budowlane przy przebudowie toalety, roboty ogólnobudowlane, prace prowadzone pod nadzorem konserwatorskim</w:t>
            </w:r>
          </w:p>
        </w:tc>
      </w:tr>
      <w:tr w:rsidR="00743D18" w:rsidRPr="00911203">
        <w:trPr>
          <w:jc w:val="center"/>
        </w:trPr>
        <w:tc>
          <w:tcPr>
            <w:tcW w:w="567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2.</w:t>
            </w:r>
          </w:p>
        </w:tc>
        <w:tc>
          <w:tcPr>
            <w:tcW w:w="2948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</w:p>
        </w:tc>
        <w:tc>
          <w:tcPr>
            <w:tcW w:w="3175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np. kwalifikacje zawodowe lub doświadczenie dotyczące montażu/wymiany dźwigu osobowego albo podnośnika pionowego</w:t>
            </w:r>
          </w:p>
        </w:tc>
        <w:tc>
          <w:tcPr>
            <w:tcW w:w="4082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np. demontaż i montaż dźwigu osobowego, demontaż i montaż zewnętrznego podnośnika pionowego, czynności rozruchowe i od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biorowe</w:t>
            </w:r>
          </w:p>
        </w:tc>
      </w:tr>
      <w:tr w:rsidR="00743D18" w:rsidRPr="00911203">
        <w:trPr>
          <w:jc w:val="center"/>
        </w:trPr>
        <w:tc>
          <w:tcPr>
            <w:tcW w:w="567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3.</w:t>
            </w:r>
          </w:p>
        </w:tc>
        <w:tc>
          <w:tcPr>
            <w:tcW w:w="2948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  <w:t>………………………………………………………………</w:t>
            </w:r>
          </w:p>
        </w:tc>
        <w:tc>
          <w:tcPr>
            <w:tcW w:w="3175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  <w:t>………………………………………………………………</w:t>
            </w:r>
          </w:p>
        </w:tc>
        <w:tc>
          <w:tcPr>
            <w:tcW w:w="4082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  <w:t>………………………………………………………………</w:t>
            </w:r>
          </w:p>
        </w:tc>
      </w:tr>
      <w:tr w:rsidR="00743D18" w:rsidRPr="00911203">
        <w:trPr>
          <w:jc w:val="center"/>
        </w:trPr>
        <w:tc>
          <w:tcPr>
            <w:tcW w:w="567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4.</w:t>
            </w:r>
          </w:p>
        </w:tc>
        <w:tc>
          <w:tcPr>
            <w:tcW w:w="2948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  <w:t>………………………………………………………………</w:t>
            </w:r>
          </w:p>
        </w:tc>
        <w:tc>
          <w:tcPr>
            <w:tcW w:w="3175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  <w:t>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</w:t>
            </w:r>
          </w:p>
        </w:tc>
        <w:tc>
          <w:tcPr>
            <w:tcW w:w="4082" w:type="dxa"/>
            <w:vAlign w:val="center"/>
          </w:tcPr>
          <w:p w:rsidR="00743D18" w:rsidRPr="00911203" w:rsidRDefault="00911203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5"/>
                <w:lang w:val="pl-PL"/>
              </w:rPr>
              <w:br/>
              <w:t>………………………………………………………………</w:t>
            </w:r>
          </w:p>
        </w:tc>
      </w:tr>
    </w:tbl>
    <w:p w:rsidR="00743D18" w:rsidRPr="00911203" w:rsidRDefault="00743D18">
      <w:pPr>
        <w:spacing w:after="40" w:line="240" w:lineRule="auto"/>
        <w:rPr>
          <w:rFonts w:ascii="Times New Roman" w:hAnsi="Times New Roman" w:cs="Times New Roman"/>
          <w:lang w:val="pl-PL"/>
        </w:rPr>
      </w:pPr>
    </w:p>
    <w:p w:rsidR="00743D18" w:rsidRPr="00911203" w:rsidRDefault="00911203">
      <w:pPr>
        <w:spacing w:after="40" w:line="240" w:lineRule="auto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b/>
          <w:sz w:val="22"/>
          <w:lang w:val="pl-PL"/>
        </w:rPr>
        <w:t>Oświadczenie dotyczące podanych informacji:</w:t>
      </w:r>
    </w:p>
    <w:p w:rsidR="00743D18" w:rsidRPr="00911203" w:rsidRDefault="00911203" w:rsidP="00911203">
      <w:pPr>
        <w:spacing w:after="10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>Oświadczam(-my), że wszystkie informacje podane w powyższym oświadczeniu są aktualne i zgodne z prawdą oraz zostały przedstawione z pełną świadomością</w:t>
      </w:r>
      <w:r w:rsidRPr="00911203">
        <w:rPr>
          <w:rFonts w:ascii="Times New Roman" w:hAnsi="Times New Roman" w:cs="Times New Roman"/>
          <w:sz w:val="22"/>
          <w:lang w:val="pl-PL"/>
        </w:rPr>
        <w:t xml:space="preserve"> konsekwencji wprowadzenia Zamawiającego w błąd przy przedstawianiu informacji.</w:t>
      </w:r>
    </w:p>
    <w:p w:rsidR="00743D18" w:rsidRPr="00911203" w:rsidRDefault="00911203">
      <w:pPr>
        <w:spacing w:after="40" w:line="240" w:lineRule="auto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b/>
          <w:sz w:val="22"/>
          <w:lang w:val="pl-PL"/>
        </w:rPr>
        <w:t>Pouczenie:</w:t>
      </w:r>
    </w:p>
    <w:p w:rsidR="00743D18" w:rsidRPr="00911203" w:rsidRDefault="00911203" w:rsidP="00911203">
      <w:pPr>
        <w:spacing w:after="10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911203">
        <w:rPr>
          <w:rFonts w:ascii="Times New Roman" w:hAnsi="Times New Roman" w:cs="Times New Roman"/>
          <w:sz w:val="22"/>
          <w:lang w:val="pl-PL"/>
        </w:rPr>
        <w:t xml:space="preserve">Niniejsze oświadczenie składają wykonawcy wspólnie ubiegający się o udzielenie zamówienia, jeżeli powołują się na zdolności jednego lub kilku z nich w zakresie </w:t>
      </w:r>
      <w:r w:rsidRPr="00911203">
        <w:rPr>
          <w:rFonts w:ascii="Times New Roman" w:hAnsi="Times New Roman" w:cs="Times New Roman"/>
          <w:sz w:val="22"/>
          <w:lang w:val="pl-PL"/>
        </w:rPr>
        <w:t>warunków udziału dotyczących wykształcenia, kwalifikacji zawodowych lub doświadczenia. Z treści oświadczenia powinno wynikać, które roboty budowlane, dostawy lub usługi wykonają poszczególni wykonawcy wspólnie ubiegający się o udzielenie zamówienia, w szcz</w:t>
      </w:r>
      <w:r w:rsidRPr="00911203">
        <w:rPr>
          <w:rFonts w:ascii="Times New Roman" w:hAnsi="Times New Roman" w:cs="Times New Roman"/>
          <w:sz w:val="22"/>
          <w:lang w:val="pl-PL"/>
        </w:rPr>
        <w:t>ególności w zakresie, w jakim wykazują spełnianie warunków udziału w postępowaniu.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0"/>
      </w:tblGrid>
      <w:tr w:rsidR="00743D18" w:rsidRPr="00911203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43D18" w:rsidRPr="00911203" w:rsidRDefault="00911203">
            <w:pPr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8"/>
                <w:lang w:val="pl-PL"/>
              </w:rPr>
              <w:t>Miejscowość, data: …………………………………………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743D18" w:rsidRPr="00911203" w:rsidRDefault="0091120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911203">
              <w:rPr>
                <w:rFonts w:ascii="Times New Roman" w:hAnsi="Times New Roman" w:cs="Times New Roman"/>
                <w:sz w:val="16"/>
                <w:lang w:val="pl-PL"/>
              </w:rPr>
              <w:t>………………………………………………………………</w:t>
            </w:r>
            <w:r w:rsidRPr="00911203">
              <w:rPr>
                <w:rFonts w:ascii="Times New Roman" w:hAnsi="Times New Roman" w:cs="Times New Roman"/>
                <w:sz w:val="16"/>
                <w:lang w:val="pl-PL"/>
              </w:rPr>
              <w:br/>
              <w:t>kwalifikowany podpis elektroniczny, podpis zaufany albo podpis osobisty osoby/osób uprawnionej/-</w:t>
            </w:r>
            <w:proofErr w:type="spellStart"/>
            <w:r w:rsidRPr="00911203">
              <w:rPr>
                <w:rFonts w:ascii="Times New Roman" w:hAnsi="Times New Roman" w:cs="Times New Roman"/>
                <w:sz w:val="16"/>
                <w:lang w:val="pl-PL"/>
              </w:rPr>
              <w:t>ych</w:t>
            </w:r>
            <w:proofErr w:type="spellEnd"/>
            <w:r w:rsidRPr="00911203">
              <w:rPr>
                <w:rFonts w:ascii="Times New Roman" w:hAnsi="Times New Roman" w:cs="Times New Roman"/>
                <w:sz w:val="16"/>
                <w:lang w:val="pl-PL"/>
              </w:rPr>
              <w:t xml:space="preserve"> do reprezent</w:t>
            </w:r>
            <w:r w:rsidRPr="00911203">
              <w:rPr>
                <w:rFonts w:ascii="Times New Roman" w:hAnsi="Times New Roman" w:cs="Times New Roman"/>
                <w:sz w:val="16"/>
                <w:lang w:val="pl-PL"/>
              </w:rPr>
              <w:t>acji Wykonawcy</w:t>
            </w:r>
          </w:p>
        </w:tc>
      </w:tr>
    </w:tbl>
    <w:p w:rsidR="00000000" w:rsidRPr="00911203" w:rsidRDefault="00911203">
      <w:pPr>
        <w:rPr>
          <w:rFonts w:ascii="Times New Roman" w:hAnsi="Times New Roman" w:cs="Times New Roman"/>
          <w:lang w:val="pl-PL"/>
        </w:rPr>
      </w:pPr>
      <w:bookmarkStart w:id="0" w:name="_GoBack"/>
      <w:bookmarkEnd w:id="0"/>
    </w:p>
    <w:sectPr w:rsidR="00000000" w:rsidRPr="00911203" w:rsidSect="00034616">
      <w:pgSz w:w="11906" w:h="16838"/>
      <w:pgMar w:top="680" w:right="680" w:bottom="79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3D18"/>
    <w:rsid w:val="0091120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38D0B"/>
  <w14:defaultImageDpi w14:val="300"/>
  <w15:docId w15:val="{1055519F-783E-4F28-88BB-6C256212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1D3C2F-7422-46E0-8B50-A4CE9D2F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Barwicka</dc:creator>
  <cp:keywords/>
  <cp:lastModifiedBy>Marzena Barwicka</cp:lastModifiedBy>
  <cp:revision>2</cp:revision>
  <dcterms:created xsi:type="dcterms:W3CDTF">2013-12-23T23:15:00Z</dcterms:created>
  <dcterms:modified xsi:type="dcterms:W3CDTF">2026-06-22T08:40:00Z</dcterms:modified>
  <cp:category/>
</cp:coreProperties>
</file>