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110" w:rsidRPr="006F4119" w:rsidRDefault="006F4119">
      <w:pPr>
        <w:spacing w:after="0" w:line="240" w:lineRule="auto"/>
        <w:rPr>
          <w:sz w:val="22"/>
        </w:rPr>
      </w:pPr>
      <w:r>
        <w:t>MJM-ZP-26-1-RB-2026</w:t>
      </w:r>
    </w:p>
    <w:p w:rsidR="00693110" w:rsidRPr="006F4119" w:rsidRDefault="006F4119">
      <w:pPr>
        <w:spacing w:after="120" w:line="240" w:lineRule="auto"/>
        <w:jc w:val="right"/>
        <w:rPr>
          <w:rFonts w:ascii="Times New Roman" w:hAnsi="Times New Roman" w:cs="Times New Roman"/>
          <w:sz w:val="22"/>
        </w:rPr>
      </w:pPr>
      <w:r w:rsidRPr="006F4119">
        <w:rPr>
          <w:rFonts w:ascii="Times New Roman" w:hAnsi="Times New Roman" w:cs="Times New Roman"/>
          <w:b/>
          <w:sz w:val="22"/>
        </w:rPr>
        <w:t>Załącznik nr 9 do SWZ</w:t>
      </w:r>
    </w:p>
    <w:p w:rsidR="00693110" w:rsidRPr="006F4119" w:rsidRDefault="006F4119">
      <w:pPr>
        <w:spacing w:after="40" w:line="240" w:lineRule="auto"/>
        <w:jc w:val="center"/>
        <w:rPr>
          <w:rFonts w:ascii="Times New Roman" w:hAnsi="Times New Roman" w:cs="Times New Roman"/>
          <w:sz w:val="22"/>
        </w:rPr>
      </w:pPr>
      <w:r w:rsidRPr="006F4119">
        <w:rPr>
          <w:rFonts w:ascii="Times New Roman" w:hAnsi="Times New Roman" w:cs="Times New Roman"/>
          <w:b/>
          <w:sz w:val="22"/>
        </w:rPr>
        <w:t>WYKAZ OSÓB</w:t>
      </w:r>
    </w:p>
    <w:p w:rsidR="00693110" w:rsidRPr="006F4119" w:rsidRDefault="006F4119">
      <w:pPr>
        <w:spacing w:after="160" w:line="240" w:lineRule="auto"/>
        <w:jc w:val="center"/>
        <w:rPr>
          <w:rFonts w:ascii="Times New Roman" w:hAnsi="Times New Roman" w:cs="Times New Roman"/>
          <w:sz w:val="22"/>
        </w:rPr>
      </w:pPr>
      <w:r w:rsidRPr="006F4119">
        <w:rPr>
          <w:rFonts w:ascii="Times New Roman" w:hAnsi="Times New Roman" w:cs="Times New Roman"/>
          <w:b/>
          <w:sz w:val="22"/>
        </w:rPr>
        <w:t>skierowanych przez Wykonawcę do realizacji zamówienia publicznego</w:t>
      </w:r>
    </w:p>
    <w:p w:rsidR="00693110" w:rsidRPr="006F4119" w:rsidRDefault="006F4119">
      <w:pPr>
        <w:spacing w:after="40" w:line="240" w:lineRule="auto"/>
        <w:rPr>
          <w:rFonts w:ascii="Times New Roman" w:hAnsi="Times New Roman" w:cs="Times New Roman"/>
          <w:sz w:val="22"/>
        </w:rPr>
      </w:pPr>
      <w:r w:rsidRPr="006F4119">
        <w:rPr>
          <w:rFonts w:ascii="Times New Roman" w:hAnsi="Times New Roman" w:cs="Times New Roman"/>
          <w:b/>
          <w:sz w:val="22"/>
        </w:rPr>
        <w:t>Wykonawca:</w:t>
      </w:r>
    </w:p>
    <w:p w:rsidR="00693110" w:rsidRPr="006F4119" w:rsidRDefault="006F4119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6F4119">
        <w:rPr>
          <w:rFonts w:ascii="Times New Roman" w:hAnsi="Times New Roman" w:cs="Times New Roman"/>
          <w:sz w:val="22"/>
        </w:rPr>
        <w:t xml:space="preserve">Pełna nazwa/firma, adres, NIP/PESEL, KRS/CEiDG: </w:t>
      </w:r>
      <w:r w:rsidRPr="006F4119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</w:rPr>
        <w:t>………………………………………………………</w:t>
      </w:r>
    </w:p>
    <w:p w:rsidR="00693110" w:rsidRPr="006F4119" w:rsidRDefault="006F4119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6F4119">
        <w:rPr>
          <w:rFonts w:ascii="Times New Roman" w:hAnsi="Times New Roman" w:cs="Times New Roman"/>
          <w:sz w:val="22"/>
        </w:rPr>
        <w:t xml:space="preserve">Imię i nazwisko osoby/osób reprezentujących Wykonawcę oraz podstawa reprezentacji: </w:t>
      </w:r>
      <w:r w:rsidRPr="006F4119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</w:rPr>
        <w:t>…………………………………………………………</w:t>
      </w:r>
    </w:p>
    <w:p w:rsidR="00693110" w:rsidRPr="006F4119" w:rsidRDefault="006F4119" w:rsidP="006F4119">
      <w:pPr>
        <w:spacing w:after="120" w:line="240" w:lineRule="auto"/>
        <w:jc w:val="both"/>
        <w:rPr>
          <w:rFonts w:ascii="Times New Roman" w:hAnsi="Times New Roman" w:cs="Times New Roman"/>
          <w:sz w:val="22"/>
        </w:rPr>
      </w:pPr>
      <w:r w:rsidRPr="006F4119">
        <w:rPr>
          <w:rFonts w:ascii="Times New Roman" w:hAnsi="Times New Roman" w:cs="Times New Roman"/>
          <w:sz w:val="22"/>
        </w:rPr>
        <w:t>Składając w</w:t>
      </w:r>
      <w:r w:rsidRPr="006F4119">
        <w:rPr>
          <w:rFonts w:ascii="Times New Roman" w:hAnsi="Times New Roman" w:cs="Times New Roman"/>
          <w:sz w:val="22"/>
        </w:rPr>
        <w:t xml:space="preserve">ykaz w postępowaniu o udzielenie zamówienia publicznego prowadzonym w trybie podstawowym na podstawie art. 275 pkt 2 ustawy Pzp pn.: </w:t>
      </w:r>
      <w:r w:rsidRPr="006F4119">
        <w:rPr>
          <w:rFonts w:ascii="Times New Roman" w:hAnsi="Times New Roman" w:cs="Times New Roman"/>
          <w:b/>
          <w:sz w:val="22"/>
        </w:rPr>
        <w:t>„Przebudowa toalety oraz wymiana dźwigu osobowego i podnośnika pionowego w budynku Muzeum im. J. Malczewskiego w Radomiu”</w:t>
      </w:r>
      <w:r w:rsidRPr="006F4119">
        <w:rPr>
          <w:rFonts w:ascii="Times New Roman" w:hAnsi="Times New Roman" w:cs="Times New Roman"/>
          <w:sz w:val="22"/>
        </w:rPr>
        <w:t xml:space="preserve">, </w:t>
      </w:r>
      <w:r w:rsidRPr="006F4119">
        <w:rPr>
          <w:rFonts w:ascii="Times New Roman" w:hAnsi="Times New Roman" w:cs="Times New Roman"/>
          <w:sz w:val="22"/>
        </w:rPr>
        <w:t>w celu potwierdzenia spełniania warunku udziału w postępowaniu określonego w Rozdziale VII pkt 4 Warunek 2 SWZ, oświadczam, że do realizacji zamówienia skierowane zostaną następujące osoby:</w:t>
      </w:r>
    </w:p>
    <w:p w:rsidR="00693110" w:rsidRPr="006F4119" w:rsidRDefault="006F4119">
      <w:pPr>
        <w:spacing w:after="0" w:line="240" w:lineRule="auto"/>
        <w:rPr>
          <w:rFonts w:ascii="Times New Roman" w:hAnsi="Times New Roman" w:cs="Times New Roman"/>
          <w:sz w:val="22"/>
        </w:rPr>
      </w:pPr>
      <w:r w:rsidRPr="006F4119">
        <w:rPr>
          <w:rFonts w:ascii="Times New Roman" w:hAnsi="Times New Roman" w:cs="Times New Roman"/>
          <w:sz w:val="22"/>
        </w:rPr>
        <w:t>Tabelę można powielić lub rozszerzyć odpowiednio do liczby osób sk</w:t>
      </w:r>
      <w:r w:rsidRPr="006F4119">
        <w:rPr>
          <w:rFonts w:ascii="Times New Roman" w:hAnsi="Times New Roman" w:cs="Times New Roman"/>
          <w:sz w:val="22"/>
        </w:rPr>
        <w:t>ierowanych przez Wykonawcę do realizacji zamówienia.</w:t>
      </w:r>
    </w:p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24"/>
        <w:gridCol w:w="1927"/>
        <w:gridCol w:w="4025"/>
        <w:gridCol w:w="3402"/>
        <w:gridCol w:w="2891"/>
      </w:tblGrid>
      <w:tr w:rsidR="00693110" w:rsidRPr="006F4119" w:rsidTr="006F4119">
        <w:trPr>
          <w:cantSplit/>
          <w:tblHeader/>
          <w:jc w:val="center"/>
        </w:trPr>
        <w:tc>
          <w:tcPr>
            <w:tcW w:w="567" w:type="dxa"/>
            <w:shd w:val="clear" w:color="auto" w:fill="auto"/>
          </w:tcPr>
          <w:p w:rsidR="00693110" w:rsidRPr="006F4119" w:rsidRDefault="006F4119">
            <w:pPr>
              <w:jc w:val="center"/>
              <w:rPr>
                <w:rFonts w:ascii="Times New Roman" w:hAnsi="Times New Roman" w:cs="Times New Roman"/>
              </w:rPr>
            </w:pPr>
            <w:r w:rsidRPr="006F4119">
              <w:rPr>
                <w:rFonts w:ascii="Times New Roman" w:hAnsi="Times New Roman" w:cs="Times New Roman"/>
                <w:b/>
                <w:sz w:val="15"/>
              </w:rPr>
              <w:t>Lp.</w:t>
            </w:r>
          </w:p>
        </w:tc>
        <w:tc>
          <w:tcPr>
            <w:tcW w:w="2324" w:type="dxa"/>
            <w:shd w:val="clear" w:color="auto" w:fill="auto"/>
          </w:tcPr>
          <w:p w:rsidR="00693110" w:rsidRPr="006F4119" w:rsidRDefault="006F4119">
            <w:pPr>
              <w:jc w:val="center"/>
              <w:rPr>
                <w:rFonts w:ascii="Times New Roman" w:hAnsi="Times New Roman" w:cs="Times New Roman"/>
              </w:rPr>
            </w:pPr>
            <w:r w:rsidRPr="006F4119">
              <w:rPr>
                <w:rFonts w:ascii="Times New Roman" w:hAnsi="Times New Roman" w:cs="Times New Roman"/>
                <w:b/>
                <w:sz w:val="15"/>
              </w:rPr>
              <w:t>Funkcja / warunek udziału</w:t>
            </w:r>
          </w:p>
        </w:tc>
        <w:tc>
          <w:tcPr>
            <w:tcW w:w="1927" w:type="dxa"/>
            <w:shd w:val="clear" w:color="auto" w:fill="auto"/>
          </w:tcPr>
          <w:p w:rsidR="00693110" w:rsidRPr="006F4119" w:rsidRDefault="006F4119">
            <w:pPr>
              <w:jc w:val="center"/>
              <w:rPr>
                <w:rFonts w:ascii="Times New Roman" w:hAnsi="Times New Roman" w:cs="Times New Roman"/>
              </w:rPr>
            </w:pPr>
            <w:r w:rsidRPr="006F4119">
              <w:rPr>
                <w:rFonts w:ascii="Times New Roman" w:hAnsi="Times New Roman" w:cs="Times New Roman"/>
                <w:b/>
                <w:sz w:val="15"/>
              </w:rPr>
              <w:t>Imię i nazwisko</w:t>
            </w:r>
          </w:p>
        </w:tc>
        <w:tc>
          <w:tcPr>
            <w:tcW w:w="4025" w:type="dxa"/>
            <w:shd w:val="clear" w:color="auto" w:fill="auto"/>
          </w:tcPr>
          <w:p w:rsidR="00693110" w:rsidRPr="006F4119" w:rsidRDefault="006F4119">
            <w:pPr>
              <w:jc w:val="center"/>
              <w:rPr>
                <w:rFonts w:ascii="Times New Roman" w:hAnsi="Times New Roman" w:cs="Times New Roman"/>
              </w:rPr>
            </w:pPr>
            <w:r w:rsidRPr="006F4119">
              <w:rPr>
                <w:rFonts w:ascii="Times New Roman" w:hAnsi="Times New Roman" w:cs="Times New Roman"/>
                <w:b/>
                <w:sz w:val="15"/>
              </w:rPr>
              <w:t>Informacje potwierdzające spełnienie warunku udziału</w:t>
            </w:r>
          </w:p>
        </w:tc>
        <w:tc>
          <w:tcPr>
            <w:tcW w:w="3402" w:type="dxa"/>
            <w:shd w:val="clear" w:color="auto" w:fill="auto"/>
          </w:tcPr>
          <w:p w:rsidR="00693110" w:rsidRPr="006F4119" w:rsidRDefault="006F4119">
            <w:pPr>
              <w:jc w:val="center"/>
              <w:rPr>
                <w:rFonts w:ascii="Times New Roman" w:hAnsi="Times New Roman" w:cs="Times New Roman"/>
              </w:rPr>
            </w:pPr>
            <w:r w:rsidRPr="006F4119">
              <w:rPr>
                <w:rFonts w:ascii="Times New Roman" w:hAnsi="Times New Roman" w:cs="Times New Roman"/>
                <w:b/>
                <w:sz w:val="15"/>
              </w:rPr>
              <w:t>Zakres czynności wykonywanych przy realizacji zamówienia</w:t>
            </w:r>
          </w:p>
        </w:tc>
        <w:tc>
          <w:tcPr>
            <w:tcW w:w="2891" w:type="dxa"/>
            <w:shd w:val="clear" w:color="auto" w:fill="auto"/>
          </w:tcPr>
          <w:p w:rsidR="00693110" w:rsidRPr="006F4119" w:rsidRDefault="006F4119">
            <w:pPr>
              <w:jc w:val="center"/>
              <w:rPr>
                <w:rFonts w:ascii="Times New Roman" w:hAnsi="Times New Roman" w:cs="Times New Roman"/>
              </w:rPr>
            </w:pPr>
            <w:r w:rsidRPr="006F4119">
              <w:rPr>
                <w:rFonts w:ascii="Times New Roman" w:hAnsi="Times New Roman" w:cs="Times New Roman"/>
                <w:b/>
                <w:sz w:val="15"/>
              </w:rPr>
              <w:t>Podstawa dysponowania osobą</w:t>
            </w:r>
          </w:p>
        </w:tc>
      </w:tr>
      <w:tr w:rsidR="00693110" w:rsidRPr="006F4119">
        <w:trPr>
          <w:cantSplit/>
          <w:jc w:val="center"/>
        </w:trPr>
        <w:tc>
          <w:tcPr>
            <w:tcW w:w="567" w:type="dxa"/>
          </w:tcPr>
          <w:p w:rsidR="00693110" w:rsidRPr="006F4119" w:rsidRDefault="006F4119">
            <w:pPr>
              <w:jc w:val="center"/>
              <w:rPr>
                <w:rFonts w:ascii="Times New Roman" w:hAnsi="Times New Roman" w:cs="Times New Roman"/>
              </w:rPr>
            </w:pPr>
            <w:r w:rsidRPr="006F4119">
              <w:rPr>
                <w:rFonts w:ascii="Times New Roman" w:hAnsi="Times New Roman" w:cs="Times New Roman"/>
                <w:sz w:val="13"/>
              </w:rPr>
              <w:t>1.</w:t>
            </w:r>
          </w:p>
        </w:tc>
        <w:tc>
          <w:tcPr>
            <w:tcW w:w="2324" w:type="dxa"/>
          </w:tcPr>
          <w:p w:rsidR="00693110" w:rsidRPr="006F4119" w:rsidRDefault="006F4119">
            <w:pPr>
              <w:rPr>
                <w:rFonts w:ascii="Times New Roman" w:hAnsi="Times New Roman" w:cs="Times New Roman"/>
              </w:rPr>
            </w:pPr>
            <w:r w:rsidRPr="006F4119">
              <w:rPr>
                <w:rFonts w:ascii="Times New Roman" w:hAnsi="Times New Roman" w:cs="Times New Roman"/>
                <w:sz w:val="13"/>
              </w:rPr>
              <w:t xml:space="preserve">Kierownik </w:t>
            </w:r>
            <w:r w:rsidRPr="006F4119">
              <w:rPr>
                <w:rFonts w:ascii="Times New Roman" w:hAnsi="Times New Roman" w:cs="Times New Roman"/>
                <w:sz w:val="13"/>
              </w:rPr>
              <w:t>budowy</w:t>
            </w:r>
            <w:r w:rsidRPr="006F4119">
              <w:rPr>
                <w:rFonts w:ascii="Times New Roman" w:hAnsi="Times New Roman" w:cs="Times New Roman"/>
                <w:sz w:val="13"/>
              </w:rPr>
              <w:br/>
            </w:r>
            <w:r w:rsidRPr="006F4119">
              <w:rPr>
                <w:rFonts w:ascii="Times New Roman" w:hAnsi="Times New Roman" w:cs="Times New Roman"/>
                <w:sz w:val="13"/>
              </w:rPr>
              <w:br/>
              <w:t>Osoba posiadająca uprawnienia budowlane w specjalności konstrukcyjno-budowlanej bez ograniczeń oraz kwalifikacje zgodne z art. 37c ustawy o ochronie zabytków i opiece nad zabytkami.</w:t>
            </w:r>
          </w:p>
        </w:tc>
        <w:tc>
          <w:tcPr>
            <w:tcW w:w="1927" w:type="dxa"/>
          </w:tcPr>
          <w:p w:rsidR="00693110" w:rsidRPr="006F4119" w:rsidRDefault="006F4119">
            <w:pPr>
              <w:jc w:val="center"/>
              <w:rPr>
                <w:rFonts w:ascii="Times New Roman" w:hAnsi="Times New Roman" w:cs="Times New Roman"/>
              </w:rPr>
            </w:pPr>
            <w:r w:rsidRPr="006F4119">
              <w:rPr>
                <w:rFonts w:ascii="Times New Roman" w:hAnsi="Times New Roman" w:cs="Times New Roman"/>
                <w:sz w:val="13"/>
              </w:rPr>
              <w:t>……………………………………………………………………</w:t>
            </w:r>
            <w:bookmarkStart w:id="0" w:name="_GoBack"/>
            <w:bookmarkEnd w:id="0"/>
            <w:r w:rsidRPr="006F4119">
              <w:rPr>
                <w:rFonts w:ascii="Times New Roman" w:hAnsi="Times New Roman" w:cs="Times New Roman"/>
                <w:sz w:val="13"/>
              </w:rPr>
              <w:t>………</w:t>
            </w:r>
          </w:p>
        </w:tc>
        <w:tc>
          <w:tcPr>
            <w:tcW w:w="4025" w:type="dxa"/>
          </w:tcPr>
          <w:p w:rsidR="00693110" w:rsidRPr="006F4119" w:rsidRDefault="006F4119">
            <w:pPr>
              <w:rPr>
                <w:rFonts w:ascii="Times New Roman" w:hAnsi="Times New Roman" w:cs="Times New Roman"/>
              </w:rPr>
            </w:pPr>
            <w:r w:rsidRPr="006F4119">
              <w:rPr>
                <w:rFonts w:ascii="Times New Roman" w:hAnsi="Times New Roman" w:cs="Times New Roman"/>
                <w:sz w:val="13"/>
              </w:rPr>
              <w:t>1) Uprawnienia budowlane do kierowan</w:t>
            </w:r>
            <w:r w:rsidRPr="006F4119">
              <w:rPr>
                <w:rFonts w:ascii="Times New Roman" w:hAnsi="Times New Roman" w:cs="Times New Roman"/>
                <w:sz w:val="13"/>
              </w:rPr>
              <w:t>ia robotami budowlanymi w specjalności konstrukcyjno-budowlanej bez ograniczeń albo odpowiadające im ważne uprawnienia wydane na podstawie wcześniej obowiązujących przepisów lub kwalifikacje uznane na zasadach określonych w odrębnych przepisach.</w:t>
            </w:r>
            <w:r w:rsidRPr="006F4119">
              <w:rPr>
                <w:rFonts w:ascii="Times New Roman" w:hAnsi="Times New Roman" w:cs="Times New Roman"/>
                <w:sz w:val="13"/>
              </w:rPr>
              <w:br/>
            </w:r>
            <w:r w:rsidRPr="006F4119">
              <w:rPr>
                <w:rFonts w:ascii="Times New Roman" w:hAnsi="Times New Roman" w:cs="Times New Roman"/>
                <w:sz w:val="13"/>
              </w:rPr>
              <w:br/>
              <w:t>Nazwa i n</w:t>
            </w:r>
            <w:r w:rsidRPr="006F4119">
              <w:rPr>
                <w:rFonts w:ascii="Times New Roman" w:hAnsi="Times New Roman" w:cs="Times New Roman"/>
                <w:sz w:val="13"/>
              </w:rPr>
              <w:t>umer dokumentu potwierdzającego uprawnienia:</w:t>
            </w:r>
            <w:r w:rsidRPr="006F4119">
              <w:rPr>
                <w:rFonts w:ascii="Times New Roman" w:hAnsi="Times New Roman" w:cs="Times New Roman"/>
                <w:sz w:val="13"/>
              </w:rPr>
              <w:br/>
              <w:t>……………………………………………………………………………</w:t>
            </w:r>
            <w:r w:rsidRPr="006F4119">
              <w:rPr>
                <w:rFonts w:ascii="Times New Roman" w:hAnsi="Times New Roman" w:cs="Times New Roman"/>
                <w:sz w:val="13"/>
              </w:rPr>
              <w:br/>
            </w:r>
            <w:r w:rsidRPr="006F4119">
              <w:rPr>
                <w:rFonts w:ascii="Times New Roman" w:hAnsi="Times New Roman" w:cs="Times New Roman"/>
                <w:sz w:val="13"/>
              </w:rPr>
              <w:br/>
              <w:t>2) Kwalifikacje zgodne z art. 37c ustawy o ochronie zabytków i opiece nad zabytkami, tj. co najmniej 18 miesięcy doświadczenia przy robotach budowlanych prowadzonych przy zabytkach</w:t>
            </w:r>
            <w:r w:rsidRPr="006F4119">
              <w:rPr>
                <w:rFonts w:ascii="Times New Roman" w:hAnsi="Times New Roman" w:cs="Times New Roman"/>
                <w:sz w:val="13"/>
              </w:rPr>
              <w:t xml:space="preserve"> nieruchomych wpisanych do rejestru.</w:t>
            </w:r>
            <w:r w:rsidRPr="006F4119">
              <w:rPr>
                <w:rFonts w:ascii="Times New Roman" w:hAnsi="Times New Roman" w:cs="Times New Roman"/>
                <w:sz w:val="13"/>
              </w:rPr>
              <w:br/>
            </w:r>
            <w:r w:rsidRPr="006F4119">
              <w:rPr>
                <w:rFonts w:ascii="Times New Roman" w:hAnsi="Times New Roman" w:cs="Times New Roman"/>
                <w:sz w:val="13"/>
              </w:rPr>
              <w:br/>
              <w:t>Opis doświadczenia / okresy realizacji robót:</w:t>
            </w:r>
            <w:r w:rsidRPr="006F4119">
              <w:rPr>
                <w:rFonts w:ascii="Times New Roman" w:hAnsi="Times New Roman" w:cs="Times New Roman"/>
                <w:sz w:val="13"/>
              </w:rPr>
              <w:br/>
              <w:t>……………………………………………………………………………</w:t>
            </w:r>
            <w:r w:rsidRPr="006F4119">
              <w:rPr>
                <w:rFonts w:ascii="Times New Roman" w:hAnsi="Times New Roman" w:cs="Times New Roman"/>
                <w:sz w:val="13"/>
              </w:rPr>
              <w:br/>
              <w:t>……………………………………………………………………………</w:t>
            </w:r>
          </w:p>
        </w:tc>
        <w:tc>
          <w:tcPr>
            <w:tcW w:w="3402" w:type="dxa"/>
          </w:tcPr>
          <w:p w:rsidR="00693110" w:rsidRPr="006F4119" w:rsidRDefault="006F4119">
            <w:pPr>
              <w:rPr>
                <w:rFonts w:ascii="Times New Roman" w:hAnsi="Times New Roman" w:cs="Times New Roman"/>
              </w:rPr>
            </w:pPr>
            <w:r w:rsidRPr="006F4119">
              <w:rPr>
                <w:rFonts w:ascii="Times New Roman" w:hAnsi="Times New Roman" w:cs="Times New Roman"/>
                <w:sz w:val="13"/>
              </w:rPr>
              <w:t>Kierowanie robotami budowlanymi objętymi przedmiotem zamówienia, w szczególności przebudową toalety oraz koordyn</w:t>
            </w:r>
            <w:r w:rsidRPr="006F4119">
              <w:rPr>
                <w:rFonts w:ascii="Times New Roman" w:hAnsi="Times New Roman" w:cs="Times New Roman"/>
                <w:sz w:val="13"/>
              </w:rPr>
              <w:t>acja prac związanych z wymianą dźwigu osobowego i podnośnika pionowego, zgodnie z dokumentacją projektową, decyzjami administracyjnymi, przepisami Prawa budowlanego, zasadami wiedzy technicznej oraz poleceniami Zamawiającego i inspektora nadzoru inwestorsk</w:t>
            </w:r>
            <w:r w:rsidRPr="006F4119">
              <w:rPr>
                <w:rFonts w:ascii="Times New Roman" w:hAnsi="Times New Roman" w:cs="Times New Roman"/>
                <w:sz w:val="13"/>
              </w:rPr>
              <w:t>iego.</w:t>
            </w:r>
          </w:p>
        </w:tc>
        <w:tc>
          <w:tcPr>
            <w:tcW w:w="2891" w:type="dxa"/>
          </w:tcPr>
          <w:p w:rsidR="00693110" w:rsidRPr="006F4119" w:rsidRDefault="006F4119">
            <w:pPr>
              <w:rPr>
                <w:rFonts w:ascii="Times New Roman" w:hAnsi="Times New Roman" w:cs="Times New Roman"/>
              </w:rPr>
            </w:pPr>
            <w:r w:rsidRPr="006F4119">
              <w:rPr>
                <w:rFonts w:ascii="Times New Roman" w:hAnsi="Times New Roman" w:cs="Times New Roman"/>
                <w:sz w:val="13"/>
              </w:rPr>
              <w:t>[ ] dysponowanie bezpośrednie:</w:t>
            </w:r>
            <w:r w:rsidRPr="006F4119">
              <w:rPr>
                <w:rFonts w:ascii="Times New Roman" w:hAnsi="Times New Roman" w:cs="Times New Roman"/>
                <w:sz w:val="13"/>
              </w:rPr>
              <w:br/>
              <w:t>forma współpracy: …………………………………………</w:t>
            </w:r>
            <w:r w:rsidRPr="006F4119">
              <w:rPr>
                <w:rFonts w:ascii="Times New Roman" w:hAnsi="Times New Roman" w:cs="Times New Roman"/>
                <w:sz w:val="13"/>
              </w:rPr>
              <w:br/>
              <w:t>(np. umowa o pracę, umowa cywilnoprawna, inny stosunek prawny)</w:t>
            </w:r>
            <w:r w:rsidRPr="006F4119">
              <w:rPr>
                <w:rFonts w:ascii="Times New Roman" w:hAnsi="Times New Roman" w:cs="Times New Roman"/>
                <w:sz w:val="13"/>
              </w:rPr>
              <w:br/>
            </w:r>
            <w:r w:rsidRPr="006F4119">
              <w:rPr>
                <w:rFonts w:ascii="Times New Roman" w:hAnsi="Times New Roman" w:cs="Times New Roman"/>
                <w:sz w:val="13"/>
              </w:rPr>
              <w:br/>
              <w:t>[ ] dysponowanie pośrednie:</w:t>
            </w:r>
            <w:r w:rsidRPr="006F4119">
              <w:rPr>
                <w:rFonts w:ascii="Times New Roman" w:hAnsi="Times New Roman" w:cs="Times New Roman"/>
                <w:sz w:val="13"/>
              </w:rPr>
              <w:br/>
              <w:t>podmiot udostępniający zasoby: …………………………………………</w:t>
            </w:r>
            <w:r w:rsidRPr="006F4119">
              <w:rPr>
                <w:rFonts w:ascii="Times New Roman" w:hAnsi="Times New Roman" w:cs="Times New Roman"/>
                <w:sz w:val="13"/>
              </w:rPr>
              <w:br/>
              <w:t>W takim przypadku należy wykazać realne dysp</w:t>
            </w:r>
            <w:r w:rsidRPr="006F4119">
              <w:rPr>
                <w:rFonts w:ascii="Times New Roman" w:hAnsi="Times New Roman" w:cs="Times New Roman"/>
                <w:sz w:val="13"/>
              </w:rPr>
              <w:t>onowanie osobą i złożyć zobowiązanie podmiotu udostępniającego zasoby zgodnie z SWZ.</w:t>
            </w:r>
          </w:p>
        </w:tc>
      </w:tr>
    </w:tbl>
    <w:p w:rsidR="00693110" w:rsidRPr="006F4119" w:rsidRDefault="006F4119">
      <w:pPr>
        <w:spacing w:after="20" w:line="240" w:lineRule="auto"/>
        <w:rPr>
          <w:rFonts w:ascii="Times New Roman" w:hAnsi="Times New Roman" w:cs="Times New Roman"/>
        </w:rPr>
      </w:pPr>
      <w:r w:rsidRPr="006F4119">
        <w:rPr>
          <w:rFonts w:ascii="Times New Roman" w:hAnsi="Times New Roman" w:cs="Times New Roman"/>
          <w:sz w:val="15"/>
        </w:rPr>
        <w:t>UWAGA 1: Wykaz osób jest podmiotowym środkiem dowodowym składanym na wezwanie Zamawiającego, zgodnie z SWZ, przez Wykonawcę, którego oferta została najwyżej oceniona.</w:t>
      </w:r>
    </w:p>
    <w:p w:rsidR="00693110" w:rsidRPr="006F4119" w:rsidRDefault="006F4119">
      <w:pPr>
        <w:spacing w:after="20" w:line="240" w:lineRule="auto"/>
        <w:rPr>
          <w:rFonts w:ascii="Times New Roman" w:hAnsi="Times New Roman" w:cs="Times New Roman"/>
        </w:rPr>
      </w:pPr>
      <w:r w:rsidRPr="006F4119">
        <w:rPr>
          <w:rFonts w:ascii="Times New Roman" w:hAnsi="Times New Roman" w:cs="Times New Roman"/>
          <w:sz w:val="15"/>
        </w:rPr>
        <w:t>UWAGA 2: Osoba wskazana jako kierownik budowy w niniejszym wykazie powinna być tą samą osobą, której doświadczenie Wykonawca wskazuje w Załączniku nr 2 do SWZ, jeżeli Wykonawca ubiega się o punkty w kryterium „Doświadczenie osoby wskazanej do pełnienia fun</w:t>
      </w:r>
      <w:r w:rsidRPr="006F4119">
        <w:rPr>
          <w:rFonts w:ascii="Times New Roman" w:hAnsi="Times New Roman" w:cs="Times New Roman"/>
          <w:sz w:val="15"/>
        </w:rPr>
        <w:t>kcji kierownika budowy”.</w:t>
      </w:r>
    </w:p>
    <w:p w:rsidR="00693110" w:rsidRPr="006F4119" w:rsidRDefault="006F4119">
      <w:pPr>
        <w:spacing w:after="20" w:line="240" w:lineRule="auto"/>
        <w:rPr>
          <w:rFonts w:ascii="Times New Roman" w:hAnsi="Times New Roman" w:cs="Times New Roman"/>
        </w:rPr>
      </w:pPr>
      <w:r w:rsidRPr="006F4119">
        <w:rPr>
          <w:rFonts w:ascii="Times New Roman" w:hAnsi="Times New Roman" w:cs="Times New Roman"/>
          <w:sz w:val="15"/>
        </w:rPr>
        <w:t>UWAGA 3: Jeżeli Wykonawca będzie polegał na kwalifikacjach zawodowych lub osobach udostępnionych przez inny podmiot, zobowiązany jest udowodnić Zamawiającemu, że będzie nimi dysponował w trakcie realizacji zamówienia.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0"/>
        <w:gridCol w:w="9072"/>
      </w:tblGrid>
      <w:tr w:rsidR="00693110" w:rsidRPr="006F4119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693110" w:rsidRPr="006F4119" w:rsidRDefault="006F4119">
            <w:pPr>
              <w:rPr>
                <w:rFonts w:ascii="Times New Roman" w:hAnsi="Times New Roman" w:cs="Times New Roman"/>
              </w:rPr>
            </w:pPr>
            <w:r w:rsidRPr="006F4119">
              <w:rPr>
                <w:rFonts w:ascii="Times New Roman" w:hAnsi="Times New Roman" w:cs="Times New Roman"/>
                <w:sz w:val="17"/>
              </w:rPr>
              <w:t>Miejscowość i</w:t>
            </w:r>
            <w:r w:rsidRPr="006F4119">
              <w:rPr>
                <w:rFonts w:ascii="Times New Roman" w:hAnsi="Times New Roman" w:cs="Times New Roman"/>
                <w:sz w:val="17"/>
              </w:rPr>
              <w:t xml:space="preserve"> data:</w:t>
            </w:r>
            <w:r w:rsidRPr="006F4119">
              <w:rPr>
                <w:rFonts w:ascii="Times New Roman" w:hAnsi="Times New Roman" w:cs="Times New Roman"/>
                <w:sz w:val="17"/>
              </w:rPr>
              <w:br/>
              <w:t>………………………………………………………………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693110" w:rsidRPr="006F4119" w:rsidRDefault="006F4119">
            <w:pPr>
              <w:jc w:val="center"/>
              <w:rPr>
                <w:rFonts w:ascii="Times New Roman" w:hAnsi="Times New Roman" w:cs="Times New Roman"/>
              </w:rPr>
            </w:pPr>
            <w:r w:rsidRPr="006F4119">
              <w:rPr>
                <w:rFonts w:ascii="Times New Roman" w:hAnsi="Times New Roman" w:cs="Times New Roman"/>
                <w:sz w:val="17"/>
              </w:rPr>
              <w:t>Podpis kwalifikowany, podpis zaufany albo podpis osobisty osoby/osób uprawnionej/-ych do reprezentacji Wykonawcy</w:t>
            </w:r>
          </w:p>
        </w:tc>
      </w:tr>
    </w:tbl>
    <w:p w:rsidR="00000000" w:rsidRPr="006F4119" w:rsidRDefault="006F4119">
      <w:pPr>
        <w:rPr>
          <w:rFonts w:ascii="Times New Roman" w:hAnsi="Times New Roman" w:cs="Times New Roman"/>
        </w:rPr>
      </w:pPr>
    </w:p>
    <w:sectPr w:rsidR="00000000" w:rsidRPr="006F4119" w:rsidSect="00034616">
      <w:pgSz w:w="16838" w:h="11906" w:orient="landscape"/>
      <w:pgMar w:top="510" w:right="680" w:bottom="454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93110"/>
    <w:rsid w:val="006F411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BFEC72"/>
  <w14:defaultImageDpi w14:val="300"/>
  <w15:docId w15:val="{45FFF977-EE58-48C4-8D6C-AE8DD037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B498C0-8916-42A3-869D-ED875694F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Barwicka</dc:creator>
  <cp:keywords/>
  <cp:lastModifiedBy>Marzena Barwicka</cp:lastModifiedBy>
  <cp:revision>2</cp:revision>
  <dcterms:created xsi:type="dcterms:W3CDTF">2013-12-23T23:15:00Z</dcterms:created>
  <dcterms:modified xsi:type="dcterms:W3CDTF">2026-06-22T08:42:00Z</dcterms:modified>
  <cp:category/>
</cp:coreProperties>
</file>